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44"/>
        <w:gridCol w:w="792"/>
      </w:tblGrid>
      <w:tr w:rsidR="00BD43D6" w14:paraId="2F4013BB" w14:textId="77777777">
        <w:trPr>
          <w:jc w:val="center"/>
        </w:trPr>
        <w:tc>
          <w:tcPr>
            <w:tcW w:w="91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A2DAC" w14:textId="69B1820A" w:rsidR="00BD43D6" w:rsidRDefault="00EF133F">
            <w:pPr>
              <w:spacing w:after="20"/>
            </w:pPr>
            <w:proofErr w:type="spellStart"/>
            <w:r>
              <w:rPr>
                <w:b/>
                <w:color w:val="0070C0"/>
                <w:sz w:val="16"/>
              </w:rPr>
              <w:t>Einzelarbeit</w:t>
            </w:r>
            <w:proofErr w:type="spellEnd"/>
            <w:r>
              <w:rPr>
                <w:b/>
                <w:color w:val="0070C0"/>
                <w:sz w:val="16"/>
              </w:rPr>
              <w:t xml:space="preserve"> | Reiter 2: Echt oder Fake?</w:t>
            </w:r>
          </w:p>
          <w:p w14:paraId="0E46F56E" w14:textId="77777777" w:rsidR="00BD43D6" w:rsidRPr="00CA1516" w:rsidRDefault="00EF133F">
            <w:pPr>
              <w:spacing w:after="80"/>
              <w:rPr>
                <w:sz w:val="36"/>
                <w:szCs w:val="36"/>
              </w:rPr>
            </w:pPr>
            <w:r w:rsidRPr="00CA1516">
              <w:rPr>
                <w:b/>
                <w:color w:val="0070C0"/>
                <w:sz w:val="36"/>
                <w:szCs w:val="36"/>
              </w:rPr>
              <w:t>Erkennungs-Checkliste: Echt oder KI?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23D8C" w14:textId="4F43BCF8" w:rsidR="00BD43D6" w:rsidRDefault="00BD43D6">
            <w:pPr>
              <w:spacing w:after="0" w:line="240" w:lineRule="auto"/>
              <w:jc w:val="right"/>
            </w:pP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BD43D6" w14:paraId="08CE23B7" w14:textId="77777777">
        <w:trPr>
          <w:trHeight w:val="907"/>
          <w:jc w:val="center"/>
        </w:trPr>
        <w:tc>
          <w:tcPr>
            <w:tcW w:w="9951" w:type="dxa"/>
            <w:tcBorders>
              <w:top w:val="single" w:sz="6" w:space="0" w:color="7CBCE2"/>
              <w:left w:val="single" w:sz="6" w:space="0" w:color="7CBCE2"/>
              <w:bottom w:val="single" w:sz="6" w:space="0" w:color="7CBCE2"/>
              <w:right w:val="single" w:sz="6" w:space="0" w:color="7CBCE2"/>
            </w:tcBorders>
            <w:shd w:val="clear" w:color="auto" w:fill="F2FAF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41A7AD" w14:textId="77777777" w:rsidR="00BD43D6" w:rsidRPr="00CA1516" w:rsidRDefault="00EF133F">
            <w:pPr>
              <w:spacing w:after="0" w:line="240" w:lineRule="auto"/>
              <w:rPr>
                <w:sz w:val="20"/>
                <w:szCs w:val="20"/>
              </w:rPr>
            </w:pPr>
            <w:r w:rsidRPr="00CA1516">
              <w:rPr>
                <w:b/>
                <w:color w:val="0070C0"/>
                <w:sz w:val="20"/>
                <w:szCs w:val="20"/>
              </w:rPr>
              <w:t>Deine Aufgabe</w:t>
            </w:r>
          </w:p>
          <w:p w14:paraId="19CA8146" w14:textId="77777777" w:rsidR="00BD43D6" w:rsidRDefault="00EF133F">
            <w:pPr>
              <w:spacing w:after="0" w:line="240" w:lineRule="auto"/>
            </w:pPr>
            <w:r w:rsidRPr="00CA1516">
              <w:rPr>
                <w:color w:val="000000"/>
                <w:sz w:val="20"/>
                <w:szCs w:val="20"/>
              </w:rPr>
              <w:t>Bearbeite das klicksafe-Quiz „Deepfake Detectives" (https://www.klicksafe.de/materialien/deep-fake-deep-impact) oder die Beispielbilder deiner Lehrkraft. Entscheide bei jedem: echt oder KI? Halte deine Treffer fest und baue daraus deine persönliche Checkliste.</w:t>
            </w:r>
          </w:p>
        </w:tc>
      </w:tr>
    </w:tbl>
    <w:p w14:paraId="673CC951" w14:textId="77777777" w:rsidR="00BD43D6" w:rsidRDefault="00BD43D6">
      <w:pPr>
        <w:spacing w:after="6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52"/>
        <w:gridCol w:w="2592"/>
        <w:gridCol w:w="1584"/>
        <w:gridCol w:w="4464"/>
      </w:tblGrid>
      <w:tr w:rsidR="00BD43D6" w14:paraId="755D50D9" w14:textId="77777777">
        <w:trPr>
          <w:trHeight w:hRule="exact" w:val="432"/>
          <w:jc w:val="center"/>
        </w:trPr>
        <w:tc>
          <w:tcPr>
            <w:tcW w:w="115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2041E37" w14:textId="77777777" w:rsidR="00BD43D6" w:rsidRPr="00CA1516" w:rsidRDefault="00EF133F">
            <w:pPr>
              <w:spacing w:after="0" w:line="240" w:lineRule="auto"/>
              <w:rPr>
                <w:sz w:val="16"/>
                <w:szCs w:val="16"/>
              </w:rPr>
            </w:pPr>
            <w:r w:rsidRPr="00CA1516">
              <w:rPr>
                <w:b/>
                <w:color w:val="000000"/>
                <w:sz w:val="16"/>
                <w:szCs w:val="16"/>
              </w:rPr>
              <w:t>Beispiel</w:t>
            </w:r>
          </w:p>
        </w:tc>
        <w:tc>
          <w:tcPr>
            <w:tcW w:w="259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07EC24" w14:textId="77777777" w:rsidR="00BD43D6" w:rsidRPr="00CA1516" w:rsidRDefault="00EF133F">
            <w:pPr>
              <w:spacing w:after="0" w:line="240" w:lineRule="auto"/>
              <w:rPr>
                <w:sz w:val="16"/>
                <w:szCs w:val="16"/>
              </w:rPr>
            </w:pPr>
            <w:r w:rsidRPr="00CA1516">
              <w:rPr>
                <w:b/>
                <w:color w:val="000000"/>
                <w:sz w:val="16"/>
                <w:szCs w:val="16"/>
              </w:rPr>
              <w:t>Meine Einschätzung (echt / KI)</w:t>
            </w: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1FAD17C" w14:textId="77777777" w:rsidR="00BD43D6" w:rsidRPr="00CA1516" w:rsidRDefault="00EF133F">
            <w:pPr>
              <w:spacing w:after="0" w:line="240" w:lineRule="auto"/>
              <w:rPr>
                <w:sz w:val="16"/>
                <w:szCs w:val="16"/>
              </w:rPr>
            </w:pPr>
            <w:r w:rsidRPr="00CA1516">
              <w:rPr>
                <w:b/>
                <w:color w:val="000000"/>
                <w:sz w:val="16"/>
                <w:szCs w:val="16"/>
              </w:rPr>
              <w:t>Auflösung</w:t>
            </w: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DDEFF8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E43428F" w14:textId="77777777" w:rsidR="00BD43D6" w:rsidRPr="00CA1516" w:rsidRDefault="00EF133F">
            <w:pPr>
              <w:spacing w:after="0" w:line="240" w:lineRule="auto"/>
              <w:rPr>
                <w:sz w:val="16"/>
                <w:szCs w:val="16"/>
              </w:rPr>
            </w:pPr>
            <w:r w:rsidRPr="00CA1516">
              <w:rPr>
                <w:b/>
                <w:color w:val="000000"/>
                <w:sz w:val="16"/>
                <w:szCs w:val="16"/>
              </w:rPr>
              <w:t>Woran hätte ich es erkannt?</w:t>
            </w:r>
          </w:p>
        </w:tc>
      </w:tr>
      <w:tr w:rsidR="00BD43D6" w14:paraId="5DEACD26" w14:textId="77777777">
        <w:trPr>
          <w:trHeight w:hRule="exact" w:val="518"/>
          <w:jc w:val="center"/>
        </w:trPr>
        <w:tc>
          <w:tcPr>
            <w:tcW w:w="115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7F37A10" w14:textId="77777777" w:rsidR="00BD43D6" w:rsidRDefault="00BD43D6">
            <w:pPr>
              <w:spacing w:after="0" w:line="240" w:lineRule="auto"/>
            </w:pPr>
          </w:p>
        </w:tc>
        <w:tc>
          <w:tcPr>
            <w:tcW w:w="259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29E7A92" w14:textId="77777777" w:rsidR="00BD43D6" w:rsidRDefault="00BD43D6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4D12D2C" w14:textId="77777777" w:rsidR="00BD43D6" w:rsidRDefault="00BD43D6">
            <w:pPr>
              <w:spacing w:after="0" w:line="240" w:lineRule="auto"/>
            </w:pP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7BECDD3" w14:textId="77777777" w:rsidR="00BD43D6" w:rsidRDefault="00BD43D6">
            <w:pPr>
              <w:spacing w:after="0" w:line="240" w:lineRule="auto"/>
            </w:pPr>
          </w:p>
        </w:tc>
      </w:tr>
      <w:tr w:rsidR="00BD43D6" w14:paraId="511D4D2E" w14:textId="77777777">
        <w:trPr>
          <w:trHeight w:hRule="exact" w:val="518"/>
          <w:jc w:val="center"/>
        </w:trPr>
        <w:tc>
          <w:tcPr>
            <w:tcW w:w="115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3CD1F2C" w14:textId="77777777" w:rsidR="00BD43D6" w:rsidRDefault="00BD43D6">
            <w:pPr>
              <w:spacing w:after="0" w:line="240" w:lineRule="auto"/>
            </w:pPr>
          </w:p>
        </w:tc>
        <w:tc>
          <w:tcPr>
            <w:tcW w:w="259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F3191D5" w14:textId="77777777" w:rsidR="00BD43D6" w:rsidRDefault="00BD43D6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BB470B8" w14:textId="77777777" w:rsidR="00BD43D6" w:rsidRDefault="00BD43D6">
            <w:pPr>
              <w:spacing w:after="0" w:line="240" w:lineRule="auto"/>
            </w:pP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455229B" w14:textId="77777777" w:rsidR="00BD43D6" w:rsidRDefault="00BD43D6">
            <w:pPr>
              <w:spacing w:after="0" w:line="240" w:lineRule="auto"/>
            </w:pPr>
          </w:p>
        </w:tc>
      </w:tr>
      <w:tr w:rsidR="00BD43D6" w14:paraId="14D6413E" w14:textId="77777777">
        <w:trPr>
          <w:trHeight w:hRule="exact" w:val="518"/>
          <w:jc w:val="center"/>
        </w:trPr>
        <w:tc>
          <w:tcPr>
            <w:tcW w:w="115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C26B261" w14:textId="77777777" w:rsidR="00BD43D6" w:rsidRDefault="00BD43D6">
            <w:pPr>
              <w:spacing w:after="0" w:line="240" w:lineRule="auto"/>
            </w:pPr>
          </w:p>
        </w:tc>
        <w:tc>
          <w:tcPr>
            <w:tcW w:w="259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39616D2" w14:textId="77777777" w:rsidR="00BD43D6" w:rsidRDefault="00BD43D6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FF63933" w14:textId="77777777" w:rsidR="00BD43D6" w:rsidRDefault="00BD43D6">
            <w:pPr>
              <w:spacing w:after="0" w:line="240" w:lineRule="auto"/>
            </w:pP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33FD3B3C" w14:textId="77777777" w:rsidR="00BD43D6" w:rsidRDefault="00BD43D6">
            <w:pPr>
              <w:spacing w:after="0" w:line="240" w:lineRule="auto"/>
            </w:pPr>
          </w:p>
        </w:tc>
      </w:tr>
      <w:tr w:rsidR="00BD43D6" w14:paraId="7AE8A688" w14:textId="77777777">
        <w:trPr>
          <w:trHeight w:hRule="exact" w:val="518"/>
          <w:jc w:val="center"/>
        </w:trPr>
        <w:tc>
          <w:tcPr>
            <w:tcW w:w="115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7A91B632" w14:textId="77777777" w:rsidR="00BD43D6" w:rsidRDefault="00BD43D6">
            <w:pPr>
              <w:spacing w:after="0" w:line="240" w:lineRule="auto"/>
            </w:pPr>
          </w:p>
        </w:tc>
        <w:tc>
          <w:tcPr>
            <w:tcW w:w="259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30791BA" w14:textId="77777777" w:rsidR="00BD43D6" w:rsidRDefault="00BD43D6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146E6643" w14:textId="77777777" w:rsidR="00BD43D6" w:rsidRDefault="00BD43D6">
            <w:pPr>
              <w:spacing w:after="0" w:line="240" w:lineRule="auto"/>
            </w:pP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6A55DC13" w14:textId="77777777" w:rsidR="00BD43D6" w:rsidRDefault="00BD43D6">
            <w:pPr>
              <w:spacing w:after="0" w:line="240" w:lineRule="auto"/>
            </w:pPr>
          </w:p>
        </w:tc>
      </w:tr>
      <w:tr w:rsidR="00BD43D6" w14:paraId="0E924195" w14:textId="77777777">
        <w:trPr>
          <w:trHeight w:hRule="exact" w:val="518"/>
          <w:jc w:val="center"/>
        </w:trPr>
        <w:tc>
          <w:tcPr>
            <w:tcW w:w="115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4A49A33F" w14:textId="77777777" w:rsidR="00BD43D6" w:rsidRDefault="00BD43D6">
            <w:pPr>
              <w:spacing w:after="0" w:line="240" w:lineRule="auto"/>
            </w:pPr>
          </w:p>
        </w:tc>
        <w:tc>
          <w:tcPr>
            <w:tcW w:w="259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6087AD6" w14:textId="77777777" w:rsidR="00BD43D6" w:rsidRDefault="00BD43D6">
            <w:pPr>
              <w:spacing w:after="0" w:line="240" w:lineRule="auto"/>
            </w:pPr>
          </w:p>
        </w:tc>
        <w:tc>
          <w:tcPr>
            <w:tcW w:w="1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0E5D1A25" w14:textId="77777777" w:rsidR="00BD43D6" w:rsidRDefault="00BD43D6">
            <w:pPr>
              <w:spacing w:after="0" w:line="240" w:lineRule="auto"/>
            </w:pPr>
          </w:p>
        </w:tc>
        <w:tc>
          <w:tcPr>
            <w:tcW w:w="446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</w:tcPr>
          <w:p w14:paraId="24C0ABF9" w14:textId="77777777" w:rsidR="00BD43D6" w:rsidRDefault="00BD43D6">
            <w:pPr>
              <w:spacing w:after="0" w:line="240" w:lineRule="auto"/>
            </w:pPr>
          </w:p>
        </w:tc>
      </w:tr>
    </w:tbl>
    <w:p w14:paraId="1BEAA79B" w14:textId="77777777" w:rsidR="00BD43D6" w:rsidRDefault="00BD43D6">
      <w:pPr>
        <w:spacing w:after="80" w:line="240" w:lineRule="auto"/>
      </w:pPr>
    </w:p>
    <w:p w14:paraId="142C9ACF" w14:textId="77777777" w:rsidR="00BD43D6" w:rsidRPr="00CA1516" w:rsidRDefault="00EF133F">
      <w:pPr>
        <w:spacing w:before="40" w:after="30"/>
        <w:rPr>
          <w:sz w:val="18"/>
          <w:szCs w:val="18"/>
        </w:rPr>
      </w:pPr>
      <w:r w:rsidRPr="00CA1516">
        <w:rPr>
          <w:b/>
          <w:color w:val="0070C0"/>
          <w:sz w:val="18"/>
          <w:szCs w:val="18"/>
        </w:rPr>
        <w:t>Typische Schwachstellen von KI-Bildern – hake ab, worauf du achten willst: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BD43D6" w:rsidRPr="00CA1516" w14:paraId="4520B500" w14:textId="77777777">
        <w:trPr>
          <w:trHeight w:val="259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BC534" w14:textId="77777777" w:rsidR="00BD43D6" w:rsidRPr="00CA1516" w:rsidRDefault="00EF133F">
            <w:pPr>
              <w:spacing w:after="0" w:line="240" w:lineRule="auto"/>
              <w:rPr>
                <w:sz w:val="18"/>
                <w:szCs w:val="18"/>
              </w:rPr>
            </w:pPr>
            <w:r w:rsidRPr="00CA1516">
              <w:rPr>
                <w:b/>
                <w:color w:val="0070C0"/>
                <w:sz w:val="18"/>
                <w:szCs w:val="18"/>
              </w:rPr>
              <w:t>☐</w:t>
            </w:r>
            <w:r w:rsidRPr="00CA1516">
              <w:rPr>
                <w:b/>
                <w:color w:val="0070C0"/>
                <w:sz w:val="18"/>
                <w:szCs w:val="18"/>
              </w:rPr>
              <w:t xml:space="preserve"> </w:t>
            </w:r>
            <w:r w:rsidRPr="00CA1516">
              <w:rPr>
                <w:color w:val="000000"/>
                <w:sz w:val="18"/>
                <w:szCs w:val="18"/>
              </w:rPr>
              <w:t>Hände und Finger (zu viele, verformt)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912BD" w14:textId="77777777" w:rsidR="00BD43D6" w:rsidRPr="00CA1516" w:rsidRDefault="00EF133F">
            <w:pPr>
              <w:spacing w:after="0" w:line="240" w:lineRule="auto"/>
              <w:rPr>
                <w:sz w:val="18"/>
                <w:szCs w:val="18"/>
              </w:rPr>
            </w:pPr>
            <w:r w:rsidRPr="00CA1516">
              <w:rPr>
                <w:b/>
                <w:color w:val="0070C0"/>
                <w:sz w:val="18"/>
                <w:szCs w:val="18"/>
              </w:rPr>
              <w:t>☐</w:t>
            </w:r>
            <w:r w:rsidRPr="00CA1516">
              <w:rPr>
                <w:b/>
                <w:color w:val="0070C0"/>
                <w:sz w:val="18"/>
                <w:szCs w:val="18"/>
              </w:rPr>
              <w:t xml:space="preserve"> </w:t>
            </w:r>
            <w:r w:rsidRPr="00CA1516">
              <w:rPr>
                <w:color w:val="000000"/>
                <w:sz w:val="18"/>
                <w:szCs w:val="18"/>
              </w:rPr>
              <w:t>Hintergrund (verbogene Linien, unmögliche Details)</w:t>
            </w:r>
          </w:p>
        </w:tc>
      </w:tr>
      <w:tr w:rsidR="00BD43D6" w:rsidRPr="00CA1516" w14:paraId="67EE880B" w14:textId="77777777">
        <w:trPr>
          <w:trHeight w:val="259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CA0C3" w14:textId="77777777" w:rsidR="00BD43D6" w:rsidRPr="00CA1516" w:rsidRDefault="00EF133F">
            <w:pPr>
              <w:spacing w:after="0" w:line="240" w:lineRule="auto"/>
              <w:rPr>
                <w:sz w:val="18"/>
                <w:szCs w:val="18"/>
              </w:rPr>
            </w:pPr>
            <w:r w:rsidRPr="00CA1516">
              <w:rPr>
                <w:b/>
                <w:color w:val="0070C0"/>
                <w:sz w:val="18"/>
                <w:szCs w:val="18"/>
              </w:rPr>
              <w:t>☐</w:t>
            </w:r>
            <w:r w:rsidRPr="00CA1516">
              <w:rPr>
                <w:b/>
                <w:color w:val="0070C0"/>
                <w:sz w:val="18"/>
                <w:szCs w:val="18"/>
              </w:rPr>
              <w:t xml:space="preserve"> </w:t>
            </w:r>
            <w:r w:rsidRPr="00CA1516">
              <w:rPr>
                <w:color w:val="000000"/>
                <w:sz w:val="18"/>
                <w:szCs w:val="18"/>
              </w:rPr>
              <w:t>Zähne, Ohren, Augen (unsymmetrisch, „verschmolzen")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0118F" w14:textId="77777777" w:rsidR="00BD43D6" w:rsidRPr="00CA1516" w:rsidRDefault="00EF133F">
            <w:pPr>
              <w:spacing w:after="0" w:line="240" w:lineRule="auto"/>
              <w:rPr>
                <w:sz w:val="18"/>
                <w:szCs w:val="18"/>
              </w:rPr>
            </w:pPr>
            <w:r w:rsidRPr="00CA1516">
              <w:rPr>
                <w:b/>
                <w:color w:val="0070C0"/>
                <w:sz w:val="18"/>
                <w:szCs w:val="18"/>
              </w:rPr>
              <w:t>☐</w:t>
            </w:r>
            <w:r w:rsidRPr="00CA1516">
              <w:rPr>
                <w:b/>
                <w:color w:val="0070C0"/>
                <w:sz w:val="18"/>
                <w:szCs w:val="18"/>
              </w:rPr>
              <w:t xml:space="preserve"> </w:t>
            </w:r>
            <w:r w:rsidRPr="00CA1516">
              <w:rPr>
                <w:color w:val="000000"/>
                <w:sz w:val="18"/>
                <w:szCs w:val="18"/>
              </w:rPr>
              <w:t>Haut/Licht (zu glatt, zu perfekt)</w:t>
            </w:r>
          </w:p>
        </w:tc>
      </w:tr>
      <w:tr w:rsidR="00BD43D6" w:rsidRPr="00CA1516" w14:paraId="332DD7A8" w14:textId="77777777">
        <w:trPr>
          <w:trHeight w:val="259"/>
          <w:jc w:val="center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5F9D1" w14:textId="77777777" w:rsidR="00BD43D6" w:rsidRPr="00CA1516" w:rsidRDefault="00EF133F">
            <w:pPr>
              <w:spacing w:after="0" w:line="240" w:lineRule="auto"/>
              <w:rPr>
                <w:sz w:val="18"/>
                <w:szCs w:val="18"/>
              </w:rPr>
            </w:pPr>
            <w:r w:rsidRPr="00CA1516">
              <w:rPr>
                <w:b/>
                <w:color w:val="0070C0"/>
                <w:sz w:val="18"/>
                <w:szCs w:val="18"/>
              </w:rPr>
              <w:t>☐</w:t>
            </w:r>
            <w:r w:rsidRPr="00CA1516">
              <w:rPr>
                <w:b/>
                <w:color w:val="0070C0"/>
                <w:sz w:val="18"/>
                <w:szCs w:val="18"/>
              </w:rPr>
              <w:t xml:space="preserve"> </w:t>
            </w:r>
            <w:r w:rsidRPr="00CA1516">
              <w:rPr>
                <w:color w:val="000000"/>
                <w:sz w:val="18"/>
                <w:szCs w:val="18"/>
              </w:rPr>
              <w:t>Schrift im Bild (unsinnige Buchstaben)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DAF60" w14:textId="77777777" w:rsidR="00BD43D6" w:rsidRPr="00CA1516" w:rsidRDefault="00EF133F">
            <w:pPr>
              <w:spacing w:after="0" w:line="240" w:lineRule="auto"/>
              <w:rPr>
                <w:sz w:val="18"/>
                <w:szCs w:val="18"/>
              </w:rPr>
            </w:pPr>
            <w:r w:rsidRPr="00CA1516">
              <w:rPr>
                <w:b/>
                <w:color w:val="0070C0"/>
                <w:sz w:val="18"/>
                <w:szCs w:val="18"/>
              </w:rPr>
              <w:t>☐</w:t>
            </w:r>
            <w:r w:rsidRPr="00CA1516">
              <w:rPr>
                <w:b/>
                <w:color w:val="0070C0"/>
                <w:sz w:val="18"/>
                <w:szCs w:val="18"/>
              </w:rPr>
              <w:t xml:space="preserve"> </w:t>
            </w:r>
            <w:r w:rsidRPr="00CA1516">
              <w:rPr>
                <w:color w:val="000000"/>
                <w:sz w:val="18"/>
                <w:szCs w:val="18"/>
              </w:rPr>
              <w:t>Quelle &amp; Kontext (Wer hat es gepostet? Gibt es eine Kennzeichnung?)</w:t>
            </w:r>
          </w:p>
        </w:tc>
      </w:tr>
    </w:tbl>
    <w:p w14:paraId="00B72373" w14:textId="77777777" w:rsidR="00BD43D6" w:rsidRDefault="00BD43D6">
      <w:pPr>
        <w:spacing w:after="80" w:line="240" w:lineRule="auto"/>
      </w:pPr>
    </w:p>
    <w:p w14:paraId="3E730F1F" w14:textId="77777777" w:rsidR="00CA1516" w:rsidRDefault="00CA1516">
      <w:pPr>
        <w:spacing w:after="8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BD43D6" w14:paraId="45C777AB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D796F9" w14:textId="77777777" w:rsidR="00BD43D6" w:rsidRPr="00CA1516" w:rsidRDefault="00EF133F">
            <w:pPr>
              <w:spacing w:after="0" w:line="240" w:lineRule="auto"/>
              <w:rPr>
                <w:sz w:val="22"/>
              </w:rPr>
            </w:pPr>
            <w:r w:rsidRPr="00CA1516">
              <w:rPr>
                <w:b/>
                <w:color w:val="000000"/>
                <w:sz w:val="22"/>
              </w:rPr>
              <w:t>Wie viele hast du richtig erkannt – und wobei lagst du daneben?</w:t>
            </w:r>
          </w:p>
        </w:tc>
      </w:tr>
      <w:tr w:rsidR="00BD43D6" w14:paraId="04C295B2" w14:textId="77777777" w:rsidTr="00CA1516">
        <w:trPr>
          <w:trHeight w:hRule="exact" w:val="1884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46BCB8" w14:textId="77777777" w:rsidR="00BD43D6" w:rsidRDefault="00BD43D6">
            <w:pPr>
              <w:spacing w:after="0" w:line="240" w:lineRule="auto"/>
            </w:pPr>
          </w:p>
        </w:tc>
      </w:tr>
    </w:tbl>
    <w:p w14:paraId="37F57FA4" w14:textId="77777777" w:rsidR="00BD43D6" w:rsidRDefault="00BD43D6">
      <w:pPr>
        <w:spacing w:after="6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1"/>
      </w:tblGrid>
      <w:tr w:rsidR="00BD43D6" w14:paraId="764A4053" w14:textId="77777777">
        <w:trPr>
          <w:trHeight w:val="317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2FAFE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2E9656" w14:textId="77777777" w:rsidR="00BD43D6" w:rsidRPr="00CA1516" w:rsidRDefault="00EF133F">
            <w:pPr>
              <w:spacing w:after="0" w:line="240" w:lineRule="auto"/>
              <w:rPr>
                <w:sz w:val="22"/>
              </w:rPr>
            </w:pPr>
            <w:r w:rsidRPr="00CA1516">
              <w:rPr>
                <w:b/>
                <w:color w:val="000000"/>
                <w:sz w:val="22"/>
              </w:rPr>
              <w:t>Meine 3 wichtigsten Prüfschritte für die Zukunft:</w:t>
            </w:r>
          </w:p>
        </w:tc>
      </w:tr>
      <w:tr w:rsidR="00BD43D6" w14:paraId="28A765B6" w14:textId="77777777" w:rsidTr="00CA1516">
        <w:trPr>
          <w:trHeight w:hRule="exact" w:val="3755"/>
          <w:jc w:val="center"/>
        </w:trPr>
        <w:tc>
          <w:tcPr>
            <w:tcW w:w="9951" w:type="dxa"/>
            <w:tcBorders>
              <w:top w:val="single" w:sz="5" w:space="0" w:color="7CBCE2"/>
              <w:left w:val="single" w:sz="5" w:space="0" w:color="7CBCE2"/>
              <w:bottom w:val="single" w:sz="5" w:space="0" w:color="7CBCE2"/>
              <w:right w:val="single" w:sz="5" w:space="0" w:color="7CBCE2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929D40" w14:textId="77777777" w:rsidR="00BD43D6" w:rsidRDefault="00BD43D6">
            <w:pPr>
              <w:spacing w:after="0" w:line="240" w:lineRule="auto"/>
            </w:pPr>
          </w:p>
        </w:tc>
      </w:tr>
    </w:tbl>
    <w:p w14:paraId="38F5B934" w14:textId="77777777" w:rsidR="00BD43D6" w:rsidRDefault="00BD43D6">
      <w:pPr>
        <w:spacing w:after="60" w:line="240" w:lineRule="auto"/>
      </w:pPr>
    </w:p>
    <w:sectPr w:rsidR="00BD43D6" w:rsidSect="00034616">
      <w:headerReference w:type="default" r:id="rId8"/>
      <w:footerReference w:type="default" r:id="rId9"/>
      <w:pgSz w:w="11909" w:h="16834"/>
      <w:pgMar w:top="893" w:right="979" w:bottom="792" w:left="979" w:header="288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04F0B" w14:textId="77777777" w:rsidR="00EF133F" w:rsidRDefault="00EF133F">
      <w:pPr>
        <w:spacing w:after="0" w:line="240" w:lineRule="auto"/>
      </w:pPr>
      <w:r>
        <w:separator/>
      </w:r>
    </w:p>
  </w:endnote>
  <w:endnote w:type="continuationSeparator" w:id="0">
    <w:p w14:paraId="61B56B9E" w14:textId="77777777" w:rsidR="00EF133F" w:rsidRDefault="00EF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9773A" w14:textId="77777777" w:rsidR="00BD43D6" w:rsidRDefault="00EF133F">
    <w:pPr>
      <w:pStyle w:val="Fuzeile"/>
    </w:pPr>
    <w:r>
      <w:rPr>
        <w:color w:val="555555"/>
        <w:sz w:val="13"/>
      </w:rPr>
      <w:t xml:space="preserve">CheckNews | © IQES online – </w:t>
    </w:r>
    <w:proofErr w:type="spellStart"/>
    <w:r>
      <w:rPr>
        <w:color w:val="555555"/>
        <w:sz w:val="13"/>
      </w:rPr>
      <w:t>fög</w:t>
    </w:r>
    <w:proofErr w:type="spellEnd"/>
    <w:r>
      <w:rPr>
        <w:color w:val="555555"/>
        <w:sz w:val="13"/>
      </w:rPr>
      <w:t xml:space="preserve"> | Stand Juni 2026 | </w:t>
    </w:r>
    <w:proofErr w:type="spellStart"/>
    <w:r>
      <w:rPr>
        <w:color w:val="555555"/>
        <w:sz w:val="13"/>
      </w:rPr>
      <w:t>Seite</w:t>
    </w:r>
    <w:proofErr w:type="spellEnd"/>
    <w:r>
      <w:rPr>
        <w:color w:val="555555"/>
        <w:sz w:val="13"/>
      </w:rPr>
      <w:t xml:space="preserve"> </w:t>
    </w:r>
    <w:r>
      <w:rPr>
        <w:color w:val="555555"/>
        <w:sz w:val="13"/>
      </w:rPr>
      <w:fldChar w:fldCharType="begin"/>
    </w:r>
    <w:r>
      <w:rPr>
        <w:color w:val="555555"/>
        <w:sz w:val="13"/>
      </w:rPr>
      <w:instrText>PAGE</w:instrText>
    </w:r>
    <w:r w:rsidR="00CA1516">
      <w:rPr>
        <w:color w:val="555555"/>
        <w:sz w:val="13"/>
      </w:rPr>
      <w:fldChar w:fldCharType="separate"/>
    </w:r>
    <w:r w:rsidR="00CA1516">
      <w:rPr>
        <w:noProof/>
        <w:color w:val="555555"/>
        <w:sz w:val="13"/>
      </w:rPr>
      <w:t>1</w:t>
    </w:r>
    <w:r>
      <w:rPr>
        <w:color w:val="555555"/>
        <w:sz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DBC23" w14:textId="77777777" w:rsidR="00EF133F" w:rsidRDefault="00EF133F">
      <w:pPr>
        <w:spacing w:after="0" w:line="240" w:lineRule="auto"/>
      </w:pPr>
      <w:r>
        <w:separator/>
      </w:r>
    </w:p>
  </w:footnote>
  <w:footnote w:type="continuationSeparator" w:id="0">
    <w:p w14:paraId="773263E3" w14:textId="77777777" w:rsidR="00EF133F" w:rsidRDefault="00EF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A802" w14:textId="77777777" w:rsidR="00BD43D6" w:rsidRDefault="00EF133F">
    <w:pPr>
      <w:pStyle w:val="Kopfzeile"/>
    </w:pPr>
    <w:r>
      <w:pict w14:anchorId="651603D0">
        <v:roundrect id="CheckNewsBorder" o:spid="_x0000_s1025" style="position:absolute;margin-left:24pt;margin-top:18pt;width:548pt;height:780pt;z-index:-251658752;mso-position-horizontal-relative:page;mso-position-vertical-relative:page" arcsize="4587f" filled="f" fillcolor="none" strokecolor="#0070c0" strokeweight="3pt">
          <w10:wrap anchorx="page" anchory="page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2313948">
    <w:abstractNumId w:val="8"/>
  </w:num>
  <w:num w:numId="2" w16cid:durableId="1980961686">
    <w:abstractNumId w:val="6"/>
  </w:num>
  <w:num w:numId="3" w16cid:durableId="133639332">
    <w:abstractNumId w:val="5"/>
  </w:num>
  <w:num w:numId="4" w16cid:durableId="1333296025">
    <w:abstractNumId w:val="4"/>
  </w:num>
  <w:num w:numId="5" w16cid:durableId="1158764665">
    <w:abstractNumId w:val="7"/>
  </w:num>
  <w:num w:numId="6" w16cid:durableId="1709068122">
    <w:abstractNumId w:val="3"/>
  </w:num>
  <w:num w:numId="7" w16cid:durableId="1563249065">
    <w:abstractNumId w:val="2"/>
  </w:num>
  <w:num w:numId="8" w16cid:durableId="248001674">
    <w:abstractNumId w:val="1"/>
  </w:num>
  <w:num w:numId="9" w16cid:durableId="111374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D43D6"/>
    <w:rsid w:val="00CA1516"/>
    <w:rsid w:val="00CB0664"/>
    <w:rsid w:val="00E12AC9"/>
    <w:rsid w:val="00EF13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E9C69FC"/>
  <w14:defaultImageDpi w14:val="300"/>
  <w15:docId w15:val="{12E1944F-7F1D-459D-8E6A-5F1D4003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_Bestehend_ Gerold Brägger</cp:lastModifiedBy>
  <cp:revision>2</cp:revision>
  <dcterms:created xsi:type="dcterms:W3CDTF">2013-12-23T23:15:00Z</dcterms:created>
  <dcterms:modified xsi:type="dcterms:W3CDTF">2026-07-01T15:37:00Z</dcterms:modified>
  <cp:category/>
</cp:coreProperties>
</file>