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44"/>
        <w:gridCol w:w="792"/>
      </w:tblGrid>
      <w:tr w:rsidR="00633580" w14:paraId="17329749" w14:textId="77777777">
        <w:trPr>
          <w:jc w:val="center"/>
        </w:trPr>
        <w:tc>
          <w:tcPr>
            <w:tcW w:w="91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96A88" w14:textId="6B9A8067" w:rsidR="00633580" w:rsidRDefault="00405531">
            <w:pPr>
              <w:spacing w:after="20"/>
            </w:pPr>
            <w:r>
              <w:rPr>
                <w:b/>
                <w:color w:val="0070C0"/>
                <w:sz w:val="16"/>
              </w:rPr>
              <w:t>Reiter 1: Der Feed entscheidet</w:t>
            </w:r>
          </w:p>
          <w:p w14:paraId="04A8A80B" w14:textId="77777777" w:rsidR="00633580" w:rsidRPr="0014034C" w:rsidRDefault="00405531">
            <w:pPr>
              <w:spacing w:after="80"/>
              <w:rPr>
                <w:sz w:val="40"/>
                <w:szCs w:val="40"/>
              </w:rPr>
            </w:pPr>
            <w:r w:rsidRPr="0014034C">
              <w:rPr>
                <w:b/>
                <w:color w:val="0070C0"/>
                <w:sz w:val="40"/>
                <w:szCs w:val="40"/>
              </w:rPr>
              <w:t>Feed-Protokoll: Was zeigt dir die KI?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7028" w14:textId="5B3DC424" w:rsidR="00633580" w:rsidRDefault="00633580">
            <w:pPr>
              <w:spacing w:after="0" w:line="240" w:lineRule="auto"/>
              <w:jc w:val="right"/>
            </w:pP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633580" w14:paraId="2F5375CF" w14:textId="77777777">
        <w:trPr>
          <w:trHeight w:val="792"/>
          <w:jc w:val="center"/>
        </w:trPr>
        <w:tc>
          <w:tcPr>
            <w:tcW w:w="9951" w:type="dxa"/>
            <w:tcBorders>
              <w:top w:val="single" w:sz="6" w:space="0" w:color="7CBCE2"/>
              <w:left w:val="single" w:sz="6" w:space="0" w:color="7CBCE2"/>
              <w:bottom w:val="single" w:sz="6" w:space="0" w:color="7CBCE2"/>
              <w:right w:val="single" w:sz="6" w:space="0" w:color="7CBCE2"/>
            </w:tcBorders>
            <w:shd w:val="clear" w:color="auto" w:fill="F2FAF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E27C74" w14:textId="77777777" w:rsidR="00633580" w:rsidRPr="0014034C" w:rsidRDefault="00405531">
            <w:pPr>
              <w:spacing w:after="0" w:line="240" w:lineRule="auto"/>
              <w:rPr>
                <w:sz w:val="22"/>
              </w:rPr>
            </w:pPr>
            <w:r w:rsidRPr="0014034C">
              <w:rPr>
                <w:b/>
                <w:color w:val="0070C0"/>
                <w:sz w:val="22"/>
              </w:rPr>
              <w:t>Deine Aufgabe</w:t>
            </w:r>
          </w:p>
          <w:p w14:paraId="2DCD12B5" w14:textId="77777777" w:rsidR="00633580" w:rsidRDefault="00405531">
            <w:pPr>
              <w:spacing w:after="0" w:line="240" w:lineRule="auto"/>
            </w:pPr>
            <w:r w:rsidRPr="0014034C">
              <w:rPr>
                <w:color w:val="000000"/>
                <w:sz w:val="22"/>
              </w:rPr>
              <w:t xml:space="preserve">Öffne die App, die du am häufigsten nutzt. Scrolle durch genau 10 Beiträge und trage sie in die Tabelle ein. Du musst nichts davon abgeben, was dir unangenehm ist – es geht um die Beobachtung der KI, nicht um </w:t>
            </w:r>
            <w:proofErr w:type="gramStart"/>
            <w:r w:rsidRPr="0014034C">
              <w:rPr>
                <w:color w:val="000000"/>
                <w:sz w:val="22"/>
              </w:rPr>
              <w:t>dich</w:t>
            </w:r>
            <w:proofErr w:type="gramEnd"/>
            <w:r w:rsidRPr="0014034C">
              <w:rPr>
                <w:color w:val="000000"/>
                <w:sz w:val="22"/>
              </w:rPr>
              <w:t>.</w:t>
            </w:r>
          </w:p>
        </w:tc>
      </w:tr>
    </w:tbl>
    <w:p w14:paraId="2FDB47B0" w14:textId="77777777" w:rsidR="00633580" w:rsidRDefault="00633580">
      <w:pPr>
        <w:spacing w:after="60" w:line="240" w:lineRule="auto"/>
      </w:pPr>
    </w:p>
    <w:p w14:paraId="0A59FB57" w14:textId="77777777" w:rsidR="00633580" w:rsidRPr="0014034C" w:rsidRDefault="00405531">
      <w:pPr>
        <w:spacing w:before="40" w:after="30"/>
        <w:rPr>
          <w:sz w:val="22"/>
        </w:rPr>
      </w:pPr>
      <w:r w:rsidRPr="0014034C">
        <w:rPr>
          <w:b/>
          <w:color w:val="0070C0"/>
          <w:sz w:val="22"/>
        </w:rPr>
        <w:t>So gehst du vor:</w:t>
      </w:r>
    </w:p>
    <w:p w14:paraId="390BE843" w14:textId="77777777" w:rsidR="00633580" w:rsidRPr="0014034C" w:rsidRDefault="00405531">
      <w:pPr>
        <w:spacing w:after="4" w:line="240" w:lineRule="auto"/>
        <w:ind w:left="259" w:hanging="259"/>
        <w:rPr>
          <w:sz w:val="22"/>
        </w:rPr>
      </w:pPr>
      <w:r w:rsidRPr="0014034C">
        <w:rPr>
          <w:b/>
          <w:color w:val="000000"/>
          <w:sz w:val="22"/>
        </w:rPr>
        <w:t xml:space="preserve">1. </w:t>
      </w:r>
      <w:r w:rsidRPr="0014034C">
        <w:rPr>
          <w:color w:val="000000"/>
          <w:sz w:val="22"/>
        </w:rPr>
        <w:t>Öffne deine meistgenutzte App und gehe in den Hauptfeed / die „For You Page".</w:t>
      </w:r>
    </w:p>
    <w:p w14:paraId="18DA19E6" w14:textId="77777777" w:rsidR="00633580" w:rsidRPr="0014034C" w:rsidRDefault="00405531">
      <w:pPr>
        <w:spacing w:after="4" w:line="240" w:lineRule="auto"/>
        <w:ind w:left="259" w:hanging="259"/>
        <w:rPr>
          <w:sz w:val="22"/>
        </w:rPr>
      </w:pPr>
      <w:r w:rsidRPr="0014034C">
        <w:rPr>
          <w:b/>
          <w:color w:val="000000"/>
          <w:sz w:val="22"/>
        </w:rPr>
        <w:t xml:space="preserve">2. </w:t>
      </w:r>
      <w:r w:rsidRPr="0014034C">
        <w:rPr>
          <w:color w:val="000000"/>
          <w:sz w:val="22"/>
        </w:rPr>
        <w:t>Trage für 10 Beiträge Thema, dein Gefühl und „folge ich?" ein.</w:t>
      </w:r>
    </w:p>
    <w:p w14:paraId="022051F1" w14:textId="77777777" w:rsidR="00633580" w:rsidRPr="0014034C" w:rsidRDefault="00405531">
      <w:pPr>
        <w:spacing w:after="4" w:line="240" w:lineRule="auto"/>
        <w:ind w:left="259" w:hanging="259"/>
        <w:rPr>
          <w:sz w:val="22"/>
        </w:rPr>
      </w:pPr>
      <w:r w:rsidRPr="0014034C">
        <w:rPr>
          <w:b/>
          <w:color w:val="000000"/>
          <w:sz w:val="22"/>
        </w:rPr>
        <w:t xml:space="preserve">3. </w:t>
      </w:r>
      <w:r w:rsidRPr="0014034C">
        <w:rPr>
          <w:color w:val="000000"/>
          <w:sz w:val="22"/>
        </w:rPr>
        <w:t>Werte am Ende die Reflexionsfragen aus.</w:t>
      </w:r>
    </w:p>
    <w:p w14:paraId="2CF445AC" w14:textId="77777777" w:rsidR="00633580" w:rsidRDefault="00633580">
      <w:pPr>
        <w:spacing w:after="2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4464"/>
        <w:gridCol w:w="3168"/>
        <w:gridCol w:w="1584"/>
      </w:tblGrid>
      <w:tr w:rsidR="00633580" w14:paraId="160B5C32" w14:textId="77777777">
        <w:trPr>
          <w:trHeight w:hRule="exact" w:val="418"/>
          <w:jc w:val="center"/>
        </w:trPr>
        <w:tc>
          <w:tcPr>
            <w:tcW w:w="50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219707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b/>
                <w:color w:val="000000"/>
                <w:sz w:val="20"/>
                <w:szCs w:val="20"/>
              </w:rPr>
              <w:t>#</w:t>
            </w: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DABB338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b/>
                <w:color w:val="000000"/>
                <w:sz w:val="20"/>
                <w:szCs w:val="20"/>
              </w:rPr>
              <w:t>Thema des Beitrags</w:t>
            </w:r>
          </w:p>
        </w:tc>
        <w:tc>
          <w:tcPr>
            <w:tcW w:w="31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F0756B7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b/>
                <w:color w:val="000000"/>
                <w:sz w:val="20"/>
                <w:szCs w:val="20"/>
              </w:rPr>
              <w:t>Mein Gefühl dabei</w:t>
            </w: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7968F7B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b/>
                <w:color w:val="000000"/>
                <w:sz w:val="20"/>
                <w:szCs w:val="20"/>
              </w:rPr>
              <w:t>Folge ich?</w:t>
            </w:r>
          </w:p>
        </w:tc>
      </w:tr>
      <w:tr w:rsidR="00633580" w14:paraId="4EB66B45" w14:textId="77777777">
        <w:trPr>
          <w:trHeight w:hRule="exact" w:val="418"/>
          <w:jc w:val="center"/>
        </w:trPr>
        <w:tc>
          <w:tcPr>
            <w:tcW w:w="50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CDC9CF7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67E8F6A" w14:textId="77777777" w:rsidR="00633580" w:rsidRDefault="00633580">
            <w:pPr>
              <w:spacing w:after="0" w:line="240" w:lineRule="auto"/>
            </w:pPr>
          </w:p>
        </w:tc>
        <w:tc>
          <w:tcPr>
            <w:tcW w:w="31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50ADA1" w14:textId="77777777" w:rsidR="00633580" w:rsidRDefault="00633580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219DFB" w14:textId="77777777" w:rsidR="00633580" w:rsidRDefault="00633580">
            <w:pPr>
              <w:spacing w:after="0" w:line="240" w:lineRule="auto"/>
            </w:pPr>
          </w:p>
        </w:tc>
      </w:tr>
      <w:tr w:rsidR="00633580" w14:paraId="6E640452" w14:textId="77777777">
        <w:trPr>
          <w:trHeight w:hRule="exact" w:val="418"/>
          <w:jc w:val="center"/>
        </w:trPr>
        <w:tc>
          <w:tcPr>
            <w:tcW w:w="50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73E0A10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14D30B" w14:textId="77777777" w:rsidR="00633580" w:rsidRDefault="00633580">
            <w:pPr>
              <w:spacing w:after="0" w:line="240" w:lineRule="auto"/>
            </w:pPr>
          </w:p>
        </w:tc>
        <w:tc>
          <w:tcPr>
            <w:tcW w:w="31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3F10E8E" w14:textId="77777777" w:rsidR="00633580" w:rsidRDefault="00633580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1C85B51" w14:textId="77777777" w:rsidR="00633580" w:rsidRDefault="00633580">
            <w:pPr>
              <w:spacing w:after="0" w:line="240" w:lineRule="auto"/>
            </w:pPr>
          </w:p>
        </w:tc>
      </w:tr>
      <w:tr w:rsidR="00633580" w14:paraId="28DD8BE0" w14:textId="77777777">
        <w:trPr>
          <w:trHeight w:hRule="exact" w:val="418"/>
          <w:jc w:val="center"/>
        </w:trPr>
        <w:tc>
          <w:tcPr>
            <w:tcW w:w="50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E06AC16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10489DB" w14:textId="77777777" w:rsidR="00633580" w:rsidRDefault="00633580">
            <w:pPr>
              <w:spacing w:after="0" w:line="240" w:lineRule="auto"/>
            </w:pPr>
          </w:p>
        </w:tc>
        <w:tc>
          <w:tcPr>
            <w:tcW w:w="31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6296370" w14:textId="77777777" w:rsidR="00633580" w:rsidRDefault="00633580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CD88119" w14:textId="77777777" w:rsidR="00633580" w:rsidRDefault="00633580">
            <w:pPr>
              <w:spacing w:after="0" w:line="240" w:lineRule="auto"/>
            </w:pPr>
          </w:p>
        </w:tc>
      </w:tr>
      <w:tr w:rsidR="00633580" w14:paraId="446E0414" w14:textId="77777777">
        <w:trPr>
          <w:trHeight w:hRule="exact" w:val="418"/>
          <w:jc w:val="center"/>
        </w:trPr>
        <w:tc>
          <w:tcPr>
            <w:tcW w:w="50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4BEA83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9709123" w14:textId="77777777" w:rsidR="00633580" w:rsidRDefault="00633580">
            <w:pPr>
              <w:spacing w:after="0" w:line="240" w:lineRule="auto"/>
            </w:pPr>
          </w:p>
        </w:tc>
        <w:tc>
          <w:tcPr>
            <w:tcW w:w="31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E7CB49F" w14:textId="77777777" w:rsidR="00633580" w:rsidRDefault="00633580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12A077D" w14:textId="77777777" w:rsidR="00633580" w:rsidRDefault="00633580">
            <w:pPr>
              <w:spacing w:after="0" w:line="240" w:lineRule="auto"/>
            </w:pPr>
          </w:p>
        </w:tc>
      </w:tr>
      <w:tr w:rsidR="00633580" w14:paraId="64E87A74" w14:textId="77777777">
        <w:trPr>
          <w:trHeight w:hRule="exact" w:val="418"/>
          <w:jc w:val="center"/>
        </w:trPr>
        <w:tc>
          <w:tcPr>
            <w:tcW w:w="50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9F398D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66FA3B3" w14:textId="77777777" w:rsidR="00633580" w:rsidRDefault="00633580">
            <w:pPr>
              <w:spacing w:after="0" w:line="240" w:lineRule="auto"/>
            </w:pPr>
          </w:p>
        </w:tc>
        <w:tc>
          <w:tcPr>
            <w:tcW w:w="31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3E7DCD2" w14:textId="77777777" w:rsidR="00633580" w:rsidRDefault="00633580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10F597B" w14:textId="77777777" w:rsidR="00633580" w:rsidRDefault="00633580">
            <w:pPr>
              <w:spacing w:after="0" w:line="240" w:lineRule="auto"/>
            </w:pPr>
          </w:p>
        </w:tc>
      </w:tr>
      <w:tr w:rsidR="00633580" w14:paraId="5885E1D8" w14:textId="77777777">
        <w:trPr>
          <w:trHeight w:hRule="exact" w:val="418"/>
          <w:jc w:val="center"/>
        </w:trPr>
        <w:tc>
          <w:tcPr>
            <w:tcW w:w="50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5AEABE0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9049441" w14:textId="77777777" w:rsidR="00633580" w:rsidRDefault="00633580">
            <w:pPr>
              <w:spacing w:after="0" w:line="240" w:lineRule="auto"/>
            </w:pPr>
          </w:p>
        </w:tc>
        <w:tc>
          <w:tcPr>
            <w:tcW w:w="31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FB86053" w14:textId="77777777" w:rsidR="00633580" w:rsidRDefault="00633580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541A67" w14:textId="77777777" w:rsidR="00633580" w:rsidRDefault="00633580">
            <w:pPr>
              <w:spacing w:after="0" w:line="240" w:lineRule="auto"/>
            </w:pPr>
          </w:p>
        </w:tc>
      </w:tr>
      <w:tr w:rsidR="00633580" w14:paraId="428510A9" w14:textId="77777777">
        <w:trPr>
          <w:trHeight w:hRule="exact" w:val="418"/>
          <w:jc w:val="center"/>
        </w:trPr>
        <w:tc>
          <w:tcPr>
            <w:tcW w:w="50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360233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9FF1320" w14:textId="77777777" w:rsidR="00633580" w:rsidRDefault="00633580">
            <w:pPr>
              <w:spacing w:after="0" w:line="240" w:lineRule="auto"/>
            </w:pPr>
          </w:p>
        </w:tc>
        <w:tc>
          <w:tcPr>
            <w:tcW w:w="31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8DA018" w14:textId="77777777" w:rsidR="00633580" w:rsidRDefault="00633580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943A105" w14:textId="77777777" w:rsidR="00633580" w:rsidRDefault="00633580">
            <w:pPr>
              <w:spacing w:after="0" w:line="240" w:lineRule="auto"/>
            </w:pPr>
          </w:p>
        </w:tc>
      </w:tr>
      <w:tr w:rsidR="00633580" w14:paraId="1D706606" w14:textId="77777777">
        <w:trPr>
          <w:trHeight w:hRule="exact" w:val="418"/>
          <w:jc w:val="center"/>
        </w:trPr>
        <w:tc>
          <w:tcPr>
            <w:tcW w:w="50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DD070E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644788" w14:textId="77777777" w:rsidR="00633580" w:rsidRDefault="00633580">
            <w:pPr>
              <w:spacing w:after="0" w:line="240" w:lineRule="auto"/>
            </w:pPr>
          </w:p>
        </w:tc>
        <w:tc>
          <w:tcPr>
            <w:tcW w:w="31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118DCAA" w14:textId="77777777" w:rsidR="00633580" w:rsidRDefault="00633580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1D61855" w14:textId="77777777" w:rsidR="00633580" w:rsidRDefault="00633580">
            <w:pPr>
              <w:spacing w:after="0" w:line="240" w:lineRule="auto"/>
            </w:pPr>
          </w:p>
        </w:tc>
      </w:tr>
      <w:tr w:rsidR="00633580" w14:paraId="456F3D40" w14:textId="77777777">
        <w:trPr>
          <w:trHeight w:hRule="exact" w:val="418"/>
          <w:jc w:val="center"/>
        </w:trPr>
        <w:tc>
          <w:tcPr>
            <w:tcW w:w="50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C06B24B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7F2D757" w14:textId="77777777" w:rsidR="00633580" w:rsidRDefault="00633580">
            <w:pPr>
              <w:spacing w:after="0" w:line="240" w:lineRule="auto"/>
            </w:pPr>
          </w:p>
        </w:tc>
        <w:tc>
          <w:tcPr>
            <w:tcW w:w="31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A3BF442" w14:textId="77777777" w:rsidR="00633580" w:rsidRDefault="00633580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9163EAC" w14:textId="77777777" w:rsidR="00633580" w:rsidRDefault="00633580">
            <w:pPr>
              <w:spacing w:after="0" w:line="240" w:lineRule="auto"/>
            </w:pPr>
          </w:p>
        </w:tc>
      </w:tr>
      <w:tr w:rsidR="00633580" w14:paraId="6F131D07" w14:textId="77777777">
        <w:trPr>
          <w:trHeight w:hRule="exact" w:val="418"/>
          <w:jc w:val="center"/>
        </w:trPr>
        <w:tc>
          <w:tcPr>
            <w:tcW w:w="50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78DA840" w14:textId="77777777" w:rsidR="00633580" w:rsidRPr="0014034C" w:rsidRDefault="00405531">
            <w:pPr>
              <w:spacing w:after="0" w:line="240" w:lineRule="auto"/>
              <w:rPr>
                <w:sz w:val="20"/>
                <w:szCs w:val="20"/>
              </w:rPr>
            </w:pPr>
            <w:r w:rsidRPr="0014034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07C7D95" w14:textId="77777777" w:rsidR="00633580" w:rsidRDefault="00633580">
            <w:pPr>
              <w:spacing w:after="0" w:line="240" w:lineRule="auto"/>
            </w:pPr>
          </w:p>
        </w:tc>
        <w:tc>
          <w:tcPr>
            <w:tcW w:w="31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EAB144" w14:textId="77777777" w:rsidR="00633580" w:rsidRDefault="00633580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09F6C86" w14:textId="77777777" w:rsidR="00633580" w:rsidRDefault="00633580">
            <w:pPr>
              <w:spacing w:after="0" w:line="240" w:lineRule="auto"/>
            </w:pPr>
          </w:p>
        </w:tc>
      </w:tr>
    </w:tbl>
    <w:p w14:paraId="4B4D9944" w14:textId="77777777" w:rsidR="00633580" w:rsidRDefault="00633580">
      <w:pPr>
        <w:spacing w:after="6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633580" w14:paraId="70C15370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FDAC20" w14:textId="77777777" w:rsidR="00633580" w:rsidRPr="0014034C" w:rsidRDefault="00405531">
            <w:pPr>
              <w:spacing w:after="0" w:line="240" w:lineRule="auto"/>
              <w:rPr>
                <w:sz w:val="22"/>
              </w:rPr>
            </w:pPr>
            <w:r w:rsidRPr="0014034C">
              <w:rPr>
                <w:b/>
                <w:color w:val="000000"/>
                <w:sz w:val="22"/>
              </w:rPr>
              <w:t>Welche Themen tauchen besonders oft auf?</w:t>
            </w:r>
          </w:p>
        </w:tc>
      </w:tr>
      <w:tr w:rsidR="00633580" w14:paraId="0F715333" w14:textId="77777777" w:rsidTr="0014034C">
        <w:trPr>
          <w:trHeight w:hRule="exact" w:val="1144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3AAEDCB" w14:textId="77777777" w:rsidR="00633580" w:rsidRDefault="00633580">
            <w:pPr>
              <w:spacing w:after="0" w:line="240" w:lineRule="auto"/>
            </w:pPr>
          </w:p>
        </w:tc>
      </w:tr>
    </w:tbl>
    <w:p w14:paraId="099185D3" w14:textId="77777777" w:rsidR="00633580" w:rsidRDefault="00633580">
      <w:pPr>
        <w:spacing w:after="6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633580" w14:paraId="3D9BA5B6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C7AF45" w14:textId="77777777" w:rsidR="00633580" w:rsidRPr="0014034C" w:rsidRDefault="00405531">
            <w:pPr>
              <w:spacing w:after="0" w:line="240" w:lineRule="auto"/>
              <w:rPr>
                <w:sz w:val="22"/>
              </w:rPr>
            </w:pPr>
            <w:r w:rsidRPr="0014034C">
              <w:rPr>
                <w:b/>
                <w:color w:val="000000"/>
                <w:sz w:val="22"/>
              </w:rPr>
              <w:t>Wie viele Beiträge stammen von Profilen, denen du NICHT folgst?</w:t>
            </w:r>
          </w:p>
        </w:tc>
      </w:tr>
      <w:tr w:rsidR="00633580" w14:paraId="4E02F418" w14:textId="77777777" w:rsidTr="0014034C">
        <w:trPr>
          <w:trHeight w:hRule="exact" w:val="1072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310113" w14:textId="77777777" w:rsidR="00633580" w:rsidRDefault="00633580">
            <w:pPr>
              <w:spacing w:after="0" w:line="240" w:lineRule="auto"/>
            </w:pPr>
          </w:p>
        </w:tc>
      </w:tr>
    </w:tbl>
    <w:p w14:paraId="625B0D6A" w14:textId="77777777" w:rsidR="00633580" w:rsidRDefault="00633580">
      <w:pPr>
        <w:spacing w:after="6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633580" w14:paraId="61235F7D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1E8D66" w14:textId="77777777" w:rsidR="00633580" w:rsidRPr="0014034C" w:rsidRDefault="00405531">
            <w:pPr>
              <w:spacing w:after="0" w:line="240" w:lineRule="auto"/>
              <w:rPr>
                <w:sz w:val="22"/>
              </w:rPr>
            </w:pPr>
            <w:r w:rsidRPr="0014034C">
              <w:rPr>
                <w:b/>
                <w:color w:val="000000"/>
                <w:sz w:val="22"/>
              </w:rPr>
              <w:t>Deine Vermutung: Warum zeigt dir die KI genau diese Inhalte?</w:t>
            </w:r>
          </w:p>
        </w:tc>
      </w:tr>
      <w:tr w:rsidR="00633580" w14:paraId="6B7E9F6D" w14:textId="77777777" w:rsidTr="0014034C">
        <w:trPr>
          <w:trHeight w:hRule="exact" w:val="1495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132BA8" w14:textId="77777777" w:rsidR="00633580" w:rsidRDefault="00633580">
            <w:pPr>
              <w:spacing w:after="0" w:line="240" w:lineRule="auto"/>
            </w:pPr>
          </w:p>
        </w:tc>
      </w:tr>
    </w:tbl>
    <w:p w14:paraId="73B6F8CE" w14:textId="77777777" w:rsidR="00633580" w:rsidRDefault="00633580">
      <w:pPr>
        <w:spacing w:after="60" w:line="240" w:lineRule="auto"/>
      </w:pPr>
    </w:p>
    <w:sectPr w:rsidR="00633580" w:rsidSect="00034616">
      <w:headerReference w:type="default" r:id="rId8"/>
      <w:footerReference w:type="default" r:id="rId9"/>
      <w:pgSz w:w="11909" w:h="16834"/>
      <w:pgMar w:top="893" w:right="979" w:bottom="792" w:left="979" w:header="288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FA312" w14:textId="77777777" w:rsidR="00405531" w:rsidRDefault="00405531">
      <w:pPr>
        <w:spacing w:after="0" w:line="240" w:lineRule="auto"/>
      </w:pPr>
      <w:r>
        <w:separator/>
      </w:r>
    </w:p>
  </w:endnote>
  <w:endnote w:type="continuationSeparator" w:id="0">
    <w:p w14:paraId="57E7C714" w14:textId="77777777" w:rsidR="00405531" w:rsidRDefault="0040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B469" w14:textId="77777777" w:rsidR="00633580" w:rsidRDefault="00405531">
    <w:pPr>
      <w:pStyle w:val="Fuzeile"/>
    </w:pPr>
    <w:r>
      <w:rPr>
        <w:color w:val="555555"/>
        <w:sz w:val="13"/>
      </w:rPr>
      <w:t xml:space="preserve">CheckNews | © IQES online – </w:t>
    </w:r>
    <w:proofErr w:type="spellStart"/>
    <w:r>
      <w:rPr>
        <w:color w:val="555555"/>
        <w:sz w:val="13"/>
      </w:rPr>
      <w:t>fög</w:t>
    </w:r>
    <w:proofErr w:type="spellEnd"/>
    <w:r>
      <w:rPr>
        <w:color w:val="555555"/>
        <w:sz w:val="13"/>
      </w:rPr>
      <w:t xml:space="preserve"> | Stand Juni 2026 | </w:t>
    </w:r>
    <w:proofErr w:type="spellStart"/>
    <w:r>
      <w:rPr>
        <w:color w:val="555555"/>
        <w:sz w:val="13"/>
      </w:rPr>
      <w:t>Seite</w:t>
    </w:r>
    <w:proofErr w:type="spellEnd"/>
    <w:r>
      <w:rPr>
        <w:color w:val="555555"/>
        <w:sz w:val="13"/>
      </w:rPr>
      <w:t xml:space="preserve"> </w:t>
    </w:r>
    <w:r>
      <w:rPr>
        <w:color w:val="555555"/>
        <w:sz w:val="13"/>
      </w:rPr>
      <w:fldChar w:fldCharType="begin"/>
    </w:r>
    <w:r>
      <w:rPr>
        <w:color w:val="555555"/>
        <w:sz w:val="13"/>
      </w:rPr>
      <w:instrText>PAGE</w:instrText>
    </w:r>
    <w:r w:rsidR="0014034C">
      <w:rPr>
        <w:color w:val="555555"/>
        <w:sz w:val="13"/>
      </w:rPr>
      <w:fldChar w:fldCharType="separate"/>
    </w:r>
    <w:r w:rsidR="0014034C">
      <w:rPr>
        <w:noProof/>
        <w:color w:val="555555"/>
        <w:sz w:val="13"/>
      </w:rPr>
      <w:t>1</w:t>
    </w:r>
    <w:r>
      <w:rPr>
        <w:color w:val="555555"/>
        <w:sz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AAB72" w14:textId="77777777" w:rsidR="00405531" w:rsidRDefault="00405531">
      <w:pPr>
        <w:spacing w:after="0" w:line="240" w:lineRule="auto"/>
      </w:pPr>
      <w:r>
        <w:separator/>
      </w:r>
    </w:p>
  </w:footnote>
  <w:footnote w:type="continuationSeparator" w:id="0">
    <w:p w14:paraId="5322FD48" w14:textId="77777777" w:rsidR="00405531" w:rsidRDefault="0040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700C2" w14:textId="77777777" w:rsidR="00633580" w:rsidRDefault="00405531">
    <w:pPr>
      <w:pStyle w:val="Kopfzeile"/>
    </w:pPr>
    <w:r>
      <w:pict w14:anchorId="3BB20F85">
        <v:roundrect id="CheckNewsBorder" o:spid="_x0000_s1025" style="position:absolute;margin-left:24pt;margin-top:18pt;width:548pt;height:780pt;z-index:-251658752;mso-position-horizontal-relative:page;mso-position-vertical-relative:page" arcsize="4587f" filled="f" fillcolor="none" strokecolor="#0070c0" strokeweight="3pt">
          <w10:wrap anchorx="page" anchory="page"/>
        </v:round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8709144">
    <w:abstractNumId w:val="8"/>
  </w:num>
  <w:num w:numId="2" w16cid:durableId="1772967655">
    <w:abstractNumId w:val="6"/>
  </w:num>
  <w:num w:numId="3" w16cid:durableId="290327079">
    <w:abstractNumId w:val="5"/>
  </w:num>
  <w:num w:numId="4" w16cid:durableId="255023888">
    <w:abstractNumId w:val="4"/>
  </w:num>
  <w:num w:numId="5" w16cid:durableId="1691947673">
    <w:abstractNumId w:val="7"/>
  </w:num>
  <w:num w:numId="6" w16cid:durableId="109326851">
    <w:abstractNumId w:val="3"/>
  </w:num>
  <w:num w:numId="7" w16cid:durableId="1100032604">
    <w:abstractNumId w:val="2"/>
  </w:num>
  <w:num w:numId="8" w16cid:durableId="1533690796">
    <w:abstractNumId w:val="1"/>
  </w:num>
  <w:num w:numId="9" w16cid:durableId="116493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034C"/>
    <w:rsid w:val="0015074B"/>
    <w:rsid w:val="0029639D"/>
    <w:rsid w:val="00326F90"/>
    <w:rsid w:val="00405531"/>
    <w:rsid w:val="00633580"/>
    <w:rsid w:val="00AA1D8D"/>
    <w:rsid w:val="00B47730"/>
    <w:rsid w:val="00CB0664"/>
    <w:rsid w:val="00E12A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6B4D469"/>
  <w14:defaultImageDpi w14:val="300"/>
  <w15:docId w15:val="{12E1944F-7F1D-459D-8E6A-5F1D4003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17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_Bestehend_ Gerold Brägger</cp:lastModifiedBy>
  <cp:revision>2</cp:revision>
  <dcterms:created xsi:type="dcterms:W3CDTF">2013-12-23T23:15:00Z</dcterms:created>
  <dcterms:modified xsi:type="dcterms:W3CDTF">2026-07-01T15:34:00Z</dcterms:modified>
  <cp:category/>
</cp:coreProperties>
</file>