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347F6A" w:rsidRPr="007441DC" w14:paraId="621986EF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395A" w14:textId="77777777" w:rsidR="00347F6A" w:rsidRPr="007441DC" w:rsidRDefault="00C02B7F">
            <w:pPr>
              <w:spacing w:after="20"/>
              <w:rPr>
                <w:lang w:val="de-DE"/>
              </w:rPr>
            </w:pPr>
            <w:r w:rsidRPr="007441DC">
              <w:rPr>
                <w:b/>
                <w:color w:val="666666"/>
                <w:sz w:val="16"/>
                <w:lang w:val="de-DE"/>
              </w:rPr>
              <w:t>CheckNews | IQES - Lernumgebung KI-Bias</w:t>
            </w:r>
          </w:p>
          <w:p w14:paraId="24F9F775" w14:textId="77777777" w:rsidR="00347F6A" w:rsidRPr="007441DC" w:rsidRDefault="00C02B7F">
            <w:pPr>
              <w:spacing w:after="40"/>
              <w:rPr>
                <w:lang w:val="de-DE"/>
              </w:rPr>
            </w:pPr>
            <w:r w:rsidRPr="007441DC">
              <w:rPr>
                <w:b/>
                <w:color w:val="0070C0"/>
                <w:sz w:val="34"/>
                <w:lang w:val="de-DE"/>
              </w:rPr>
              <w:t>Rollenkarten: Perspektivenspiel</w:t>
            </w:r>
          </w:p>
          <w:p w14:paraId="2496FB1A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color w:val="333333"/>
                <w:sz w:val="19"/>
                <w:lang w:val="de-DE"/>
              </w:rPr>
              <w:t>❸</w:t>
            </w:r>
            <w:r w:rsidRPr="007441DC">
              <w:rPr>
                <w:color w:val="333333"/>
                <w:sz w:val="19"/>
                <w:lang w:val="de-DE"/>
              </w:rPr>
              <w:t xml:space="preserve"> Gruppenarbeit | Reiter 4: Wer ist verantwortlich?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E5BE" w14:textId="77777777" w:rsidR="00347F6A" w:rsidRPr="007441DC" w:rsidRDefault="00C02B7F">
            <w:pPr>
              <w:spacing w:after="0"/>
              <w:jc w:val="right"/>
              <w:rPr>
                <w:lang w:val="de-DE"/>
              </w:rPr>
            </w:pPr>
            <w:r w:rsidRPr="007441DC">
              <w:rPr>
                <w:noProof/>
                <w:lang w:val="de-DE"/>
              </w:rPr>
              <w:drawing>
                <wp:inline distT="0" distB="0" distL="0" distR="0" wp14:anchorId="76B4528B" wp14:editId="7ECF9AE0">
                  <wp:extent cx="522000" cy="522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5A61A9" w14:textId="77777777" w:rsidR="00347F6A" w:rsidRPr="007441DC" w:rsidRDefault="00347F6A">
      <w:pPr>
        <w:spacing w:after="6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2D195F41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133EA" w14:textId="77777777" w:rsidR="00347F6A" w:rsidRPr="007441DC" w:rsidRDefault="00C02B7F" w:rsidP="007441DC">
            <w:pPr>
              <w:spacing w:before="80" w:after="100"/>
              <w:rPr>
                <w:sz w:val="22"/>
                <w:lang w:val="de-DE"/>
              </w:rPr>
            </w:pPr>
            <w:r w:rsidRPr="007441DC">
              <w:rPr>
                <w:b/>
                <w:color w:val="0070C0"/>
                <w:sz w:val="22"/>
                <w:lang w:val="de-DE"/>
              </w:rPr>
              <w:t>So läuft das Perspektivenspiel ab</w:t>
            </w:r>
          </w:p>
          <w:p w14:paraId="42114F3B" w14:textId="77777777" w:rsidR="00347F6A" w:rsidRPr="007441DC" w:rsidRDefault="00C02B7F" w:rsidP="007441DC">
            <w:pPr>
              <w:spacing w:before="80" w:after="100"/>
              <w:rPr>
                <w:lang w:val="de-DE"/>
              </w:rPr>
            </w:pPr>
            <w:r w:rsidRPr="007441DC">
              <w:rPr>
                <w:color w:val="000000"/>
                <w:sz w:val="22"/>
                <w:lang w:val="de-DE"/>
              </w:rPr>
              <w:t>1. Ihr bildet Vierergruppen. Jede Person zieht eine Rollenkarte.</w:t>
            </w:r>
            <w:r w:rsidRPr="007441DC">
              <w:rPr>
                <w:color w:val="000000"/>
                <w:sz w:val="22"/>
                <w:lang w:val="de-DE"/>
              </w:rPr>
              <w:br/>
              <w:t>2. Bereitet eure Position einzeln vor (ca. 5 Minuten, nutzt die Leitfragen).</w:t>
            </w:r>
            <w:r w:rsidRPr="007441DC">
              <w:rPr>
                <w:color w:val="000000"/>
                <w:sz w:val="22"/>
                <w:lang w:val="de-DE"/>
              </w:rPr>
              <w:br/>
              <w:t>3. Diskutiert 10 Minuten: Was fordert ihr voneinander? Was seid ihr bereit zu tun?</w:t>
            </w:r>
            <w:r w:rsidRPr="007441DC">
              <w:rPr>
                <w:color w:val="000000"/>
                <w:sz w:val="22"/>
                <w:lang w:val="de-DE"/>
              </w:rPr>
              <w:br/>
              <w:t>4. Einigt euch auf drei konkrete Forderungen, die ihr im Plenum vorstellt.</w:t>
            </w:r>
          </w:p>
        </w:tc>
      </w:tr>
    </w:tbl>
    <w:p w14:paraId="41680BC4" w14:textId="77777777" w:rsidR="00347F6A" w:rsidRPr="007441DC" w:rsidRDefault="00347F6A">
      <w:pPr>
        <w:spacing w:after="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1EBBE362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0070C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983F29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b/>
                <w:color w:val="FFFFFF"/>
                <w:sz w:val="24"/>
                <w:lang w:val="de-DE"/>
              </w:rPr>
              <w:t>Rolle 1: Tech-Unternehmen</w:t>
            </w:r>
          </w:p>
        </w:tc>
      </w:tr>
      <w:tr w:rsidR="00347F6A" w:rsidRPr="007441DC" w14:paraId="3E51AF14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0EF820" w14:textId="77777777" w:rsidR="00347F6A" w:rsidRPr="007441DC" w:rsidRDefault="00C02B7F">
            <w:pPr>
              <w:spacing w:after="0"/>
              <w:rPr>
                <w:sz w:val="22"/>
                <w:lang w:val="de-DE"/>
              </w:rPr>
            </w:pPr>
            <w:r w:rsidRPr="007441DC">
              <w:rPr>
                <w:b/>
                <w:color w:val="0070C0"/>
                <w:sz w:val="22"/>
                <w:lang w:val="de-DE"/>
              </w:rPr>
              <w:t xml:space="preserve">Deine Position: </w:t>
            </w:r>
            <w:r w:rsidRPr="007441DC">
              <w:rPr>
                <w:sz w:val="22"/>
                <w:lang w:val="de-DE"/>
              </w:rPr>
              <w:t>„Wir entwickeln die Technologie und verbessern sie ständig. Nicht alle gesellschaftlichen Probleme können wir allein lösen."</w:t>
            </w:r>
          </w:p>
        </w:tc>
      </w:tr>
    </w:tbl>
    <w:p w14:paraId="5EB668BB" w14:textId="40488C15" w:rsidR="00347F6A" w:rsidRPr="007441DC" w:rsidRDefault="007441DC" w:rsidP="007441DC">
      <w:pPr>
        <w:keepNext/>
        <w:spacing w:before="80" w:after="100"/>
        <w:rPr>
          <w:szCs w:val="20"/>
          <w:lang w:val="de-DE"/>
        </w:rPr>
      </w:pPr>
      <w:r w:rsidRPr="007441DC">
        <w:rPr>
          <w:b/>
          <w:color w:val="0070C0"/>
          <w:sz w:val="21"/>
          <w:lang w:val="de-DE"/>
        </w:rPr>
        <w:br/>
      </w:r>
      <w:r w:rsidR="00C02B7F" w:rsidRPr="007441DC">
        <w:rPr>
          <w:b/>
          <w:color w:val="0070C0"/>
          <w:szCs w:val="20"/>
          <w:lang w:val="de-DE"/>
        </w:rPr>
        <w:t>Leitfragen für deine Vorbereitung (ca. 5 Min.):</w:t>
      </w:r>
    </w:p>
    <w:p w14:paraId="16DCBF4E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1. </w:t>
      </w:r>
      <w:r w:rsidRPr="007441DC">
        <w:rPr>
          <w:szCs w:val="20"/>
          <w:lang w:val="de-DE"/>
        </w:rPr>
        <w:t>Welche Schritte habt ihr bereits unternommen, um Bias in euren Systemen zu reduzieren?</w:t>
      </w:r>
    </w:p>
    <w:p w14:paraId="2DA3BFFF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2. </w:t>
      </w:r>
      <w:r w:rsidRPr="007441DC">
        <w:rPr>
          <w:szCs w:val="20"/>
          <w:lang w:val="de-DE"/>
        </w:rPr>
        <w:t>Wo liegt die Verantwortung der anderen Akteure?</w:t>
      </w:r>
    </w:p>
    <w:p w14:paraId="7E095700" w14:textId="750D7F62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3. </w:t>
      </w:r>
      <w:r w:rsidRPr="007441DC">
        <w:rPr>
          <w:szCs w:val="20"/>
          <w:lang w:val="de-DE"/>
        </w:rPr>
        <w:t>Was wärt ihr bereit zu tun - wenn die Politik es verlangt?</w:t>
      </w:r>
      <w:r w:rsidR="007441DC">
        <w:rPr>
          <w:szCs w:val="20"/>
          <w:lang w:val="de-DE"/>
        </w:rPr>
        <w:br/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1F021B5D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B9223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Deine wichtigsten 1–2 Argumente für die Diskussion:</w:t>
            </w:r>
          </w:p>
        </w:tc>
      </w:tr>
      <w:tr w:rsidR="00347F6A" w:rsidRPr="007441DC" w14:paraId="758ECEDC" w14:textId="77777777" w:rsidTr="007441DC">
        <w:trPr>
          <w:trHeight w:hRule="exact" w:val="2501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07FAD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02A2C4E9" w14:textId="77777777" w:rsidR="00347F6A" w:rsidRPr="007441DC" w:rsidRDefault="00347F6A">
      <w:pPr>
        <w:spacing w:after="2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07E12374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68E334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Was forderst du konkret von den anderen Akteuren?</w:t>
            </w:r>
          </w:p>
        </w:tc>
      </w:tr>
      <w:tr w:rsidR="00347F6A" w:rsidRPr="007441DC" w14:paraId="705874BB" w14:textId="77777777" w:rsidTr="007441DC">
        <w:trPr>
          <w:trHeight w:hRule="exact" w:val="4208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19D049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0C831F93" w14:textId="77777777" w:rsidR="00347F6A" w:rsidRPr="007441DC" w:rsidRDefault="00347F6A">
      <w:pPr>
        <w:spacing w:after="20"/>
        <w:rPr>
          <w:lang w:val="de-DE"/>
        </w:rPr>
      </w:pPr>
    </w:p>
    <w:p w14:paraId="1D5F04C6" w14:textId="411D0782" w:rsidR="00347F6A" w:rsidRPr="007441DC" w:rsidRDefault="00347F6A">
      <w:pPr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347F6A" w:rsidRPr="007441DC" w14:paraId="056C45B4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6E683" w14:textId="77777777" w:rsidR="00347F6A" w:rsidRPr="007441DC" w:rsidRDefault="00C02B7F">
            <w:pPr>
              <w:spacing w:after="20"/>
              <w:rPr>
                <w:lang w:val="de-DE"/>
              </w:rPr>
            </w:pPr>
            <w:r w:rsidRPr="007441DC">
              <w:rPr>
                <w:b/>
                <w:color w:val="666666"/>
                <w:sz w:val="16"/>
                <w:lang w:val="de-DE"/>
              </w:rPr>
              <w:t>CheckNews | IQES - Lernumgebung KI-Bias</w:t>
            </w:r>
          </w:p>
          <w:p w14:paraId="78060D79" w14:textId="77777777" w:rsidR="00347F6A" w:rsidRPr="007441DC" w:rsidRDefault="00C02B7F">
            <w:pPr>
              <w:spacing w:after="40"/>
              <w:rPr>
                <w:lang w:val="de-DE"/>
              </w:rPr>
            </w:pPr>
            <w:r w:rsidRPr="007441DC">
              <w:rPr>
                <w:b/>
                <w:color w:val="0070C0"/>
                <w:sz w:val="34"/>
                <w:lang w:val="de-DE"/>
              </w:rPr>
              <w:t>Rollenkarten: Perspektivenspiel</w:t>
            </w:r>
          </w:p>
          <w:p w14:paraId="1B3FCBA7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color w:val="333333"/>
                <w:sz w:val="19"/>
                <w:lang w:val="de-DE"/>
              </w:rPr>
              <w:t>❸</w:t>
            </w:r>
            <w:r w:rsidRPr="007441DC">
              <w:rPr>
                <w:color w:val="333333"/>
                <w:sz w:val="19"/>
                <w:lang w:val="de-DE"/>
              </w:rPr>
              <w:t xml:space="preserve"> Gruppenarbeit | Reiter 4: Wer ist verantwortlich?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8055" w14:textId="77777777" w:rsidR="00347F6A" w:rsidRPr="007441DC" w:rsidRDefault="00C02B7F">
            <w:pPr>
              <w:spacing w:after="0"/>
              <w:jc w:val="right"/>
              <w:rPr>
                <w:lang w:val="de-DE"/>
              </w:rPr>
            </w:pPr>
            <w:r w:rsidRPr="007441DC">
              <w:rPr>
                <w:noProof/>
                <w:lang w:val="de-DE"/>
              </w:rPr>
              <w:drawing>
                <wp:inline distT="0" distB="0" distL="0" distR="0" wp14:anchorId="7D75714B" wp14:editId="1D883612">
                  <wp:extent cx="522000" cy="522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BAB194" w14:textId="77777777" w:rsidR="00347F6A" w:rsidRPr="007441DC" w:rsidRDefault="00347F6A">
      <w:pPr>
        <w:spacing w:after="6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2D26B01C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0070C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3B5489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b/>
                <w:color w:val="FFFFFF"/>
                <w:sz w:val="24"/>
                <w:lang w:val="de-DE"/>
              </w:rPr>
              <w:t>Rolle 2: EU-Gesetzgebung</w:t>
            </w:r>
          </w:p>
        </w:tc>
      </w:tr>
      <w:tr w:rsidR="00347F6A" w:rsidRPr="007441DC" w14:paraId="4BE3AA6D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EFFAF" w14:textId="77777777" w:rsidR="00347F6A" w:rsidRPr="007441DC" w:rsidRDefault="00C02B7F">
            <w:pPr>
              <w:spacing w:after="0"/>
              <w:rPr>
                <w:sz w:val="22"/>
                <w:lang w:val="de-DE"/>
              </w:rPr>
            </w:pPr>
            <w:r w:rsidRPr="007441DC">
              <w:rPr>
                <w:b/>
                <w:color w:val="0070C0"/>
                <w:sz w:val="22"/>
                <w:lang w:val="de-DE"/>
              </w:rPr>
              <w:t xml:space="preserve">Deine Position: </w:t>
            </w:r>
            <w:r w:rsidRPr="007441DC">
              <w:rPr>
                <w:sz w:val="22"/>
                <w:lang w:val="de-DE"/>
              </w:rPr>
              <w:t>„Wir haben mit dem EU AI Act gehandelt. Aber Technologie entwickelt sich schneller als Gesetze."</w:t>
            </w:r>
          </w:p>
        </w:tc>
      </w:tr>
    </w:tbl>
    <w:p w14:paraId="780DE6DE" w14:textId="19E4C6F4" w:rsidR="00347F6A" w:rsidRPr="007441DC" w:rsidRDefault="007441DC">
      <w:pPr>
        <w:keepNext/>
        <w:spacing w:before="60" w:after="60"/>
        <w:rPr>
          <w:szCs w:val="20"/>
          <w:lang w:val="de-DE"/>
        </w:rPr>
      </w:pPr>
      <w:r>
        <w:rPr>
          <w:b/>
          <w:color w:val="0070C0"/>
          <w:szCs w:val="20"/>
          <w:lang w:val="de-DE"/>
        </w:rPr>
        <w:br/>
      </w:r>
      <w:r w:rsidR="00C02B7F" w:rsidRPr="007441DC">
        <w:rPr>
          <w:b/>
          <w:color w:val="0070C0"/>
          <w:szCs w:val="20"/>
          <w:lang w:val="de-DE"/>
        </w:rPr>
        <w:t>Leitfragen für deine Vorbereitung (ca. 5 Min.):</w:t>
      </w:r>
    </w:p>
    <w:p w14:paraId="485ED998" w14:textId="77777777" w:rsidR="00347F6A" w:rsidRPr="007441DC" w:rsidRDefault="00C02B7F">
      <w:pPr>
        <w:spacing w:after="26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1. </w:t>
      </w:r>
      <w:r w:rsidRPr="007441DC">
        <w:rPr>
          <w:szCs w:val="20"/>
          <w:lang w:val="de-DE"/>
        </w:rPr>
        <w:t>Was regelt der EU AI Act konkret? Was bleibt bisher offen?</w:t>
      </w:r>
    </w:p>
    <w:p w14:paraId="79CE7B4D" w14:textId="77777777" w:rsidR="00347F6A" w:rsidRPr="007441DC" w:rsidRDefault="00C02B7F">
      <w:pPr>
        <w:spacing w:after="26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2. </w:t>
      </w:r>
      <w:r w:rsidRPr="007441DC">
        <w:rPr>
          <w:szCs w:val="20"/>
          <w:lang w:val="de-DE"/>
        </w:rPr>
        <w:t>Was könntet ihr zusätzlich tun?</w:t>
      </w:r>
    </w:p>
    <w:p w14:paraId="015D2613" w14:textId="78B14D50" w:rsidR="00347F6A" w:rsidRPr="007441DC" w:rsidRDefault="00C02B7F">
      <w:pPr>
        <w:spacing w:after="26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3. </w:t>
      </w:r>
      <w:r w:rsidRPr="007441DC">
        <w:rPr>
          <w:szCs w:val="20"/>
          <w:lang w:val="de-DE"/>
        </w:rPr>
        <w:t>Wie stellt ihr sicher, dass die Regeln auch durchgesetzt werden?</w:t>
      </w:r>
      <w:r w:rsidR="007441DC">
        <w:rPr>
          <w:szCs w:val="20"/>
          <w:lang w:val="de-DE"/>
        </w:rPr>
        <w:br/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6CAC3016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A45FF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Deine wichtigsten 1–2 Argumente für die Diskussion:</w:t>
            </w:r>
          </w:p>
        </w:tc>
      </w:tr>
      <w:tr w:rsidR="00347F6A" w:rsidRPr="007441DC" w14:paraId="1B153C81" w14:textId="77777777" w:rsidTr="007441DC">
        <w:trPr>
          <w:trHeight w:hRule="exact" w:val="3193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DA951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18BEDD8F" w14:textId="77777777" w:rsidR="00347F6A" w:rsidRPr="007441DC" w:rsidRDefault="00347F6A">
      <w:pPr>
        <w:spacing w:after="2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422B60BC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66F5E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Was forderst du konkret von den anderen Akteuren?</w:t>
            </w:r>
          </w:p>
        </w:tc>
      </w:tr>
      <w:tr w:rsidR="00347F6A" w:rsidRPr="007441DC" w14:paraId="2936251D" w14:textId="77777777" w:rsidTr="007441DC">
        <w:trPr>
          <w:trHeight w:hRule="exact" w:val="5349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AE23E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1D3A930B" w14:textId="77777777" w:rsidR="00347F6A" w:rsidRPr="007441DC" w:rsidRDefault="00347F6A">
      <w:pPr>
        <w:spacing w:after="20"/>
        <w:rPr>
          <w:lang w:val="de-DE"/>
        </w:rPr>
      </w:pPr>
    </w:p>
    <w:p w14:paraId="6B27C7BD" w14:textId="77777777" w:rsidR="00347F6A" w:rsidRPr="007441DC" w:rsidRDefault="00C02B7F">
      <w:pPr>
        <w:rPr>
          <w:lang w:val="de-DE"/>
        </w:rPr>
      </w:pPr>
      <w:r w:rsidRPr="007441DC">
        <w:rPr>
          <w:lang w:val="de-DE"/>
        </w:rPr>
        <w:br w:type="page"/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347F6A" w:rsidRPr="007441DC" w14:paraId="2E12150B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68715" w14:textId="77777777" w:rsidR="00347F6A" w:rsidRPr="007441DC" w:rsidRDefault="00C02B7F">
            <w:pPr>
              <w:spacing w:after="20"/>
              <w:rPr>
                <w:lang w:val="de-DE"/>
              </w:rPr>
            </w:pPr>
            <w:r w:rsidRPr="007441DC">
              <w:rPr>
                <w:b/>
                <w:color w:val="666666"/>
                <w:sz w:val="16"/>
                <w:lang w:val="de-DE"/>
              </w:rPr>
              <w:lastRenderedPageBreak/>
              <w:t>CheckNews | IQES - Lernumgebung KI-Bias</w:t>
            </w:r>
          </w:p>
          <w:p w14:paraId="1119205A" w14:textId="77777777" w:rsidR="00347F6A" w:rsidRPr="007441DC" w:rsidRDefault="00C02B7F">
            <w:pPr>
              <w:spacing w:after="40"/>
              <w:rPr>
                <w:lang w:val="de-DE"/>
              </w:rPr>
            </w:pPr>
            <w:r w:rsidRPr="007441DC">
              <w:rPr>
                <w:b/>
                <w:color w:val="0070C0"/>
                <w:sz w:val="34"/>
                <w:lang w:val="de-DE"/>
              </w:rPr>
              <w:t>Rollenkarten: Perspektivenspiel</w:t>
            </w:r>
          </w:p>
          <w:p w14:paraId="0BFAC995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color w:val="333333"/>
                <w:sz w:val="19"/>
                <w:lang w:val="de-DE"/>
              </w:rPr>
              <w:t>❸</w:t>
            </w:r>
            <w:r w:rsidRPr="007441DC">
              <w:rPr>
                <w:color w:val="333333"/>
                <w:sz w:val="19"/>
                <w:lang w:val="de-DE"/>
              </w:rPr>
              <w:t xml:space="preserve"> Gruppenarbeit | Reiter 4: Wer ist verantwortlich?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050A" w14:textId="77777777" w:rsidR="00347F6A" w:rsidRPr="007441DC" w:rsidRDefault="00C02B7F">
            <w:pPr>
              <w:spacing w:after="0"/>
              <w:jc w:val="right"/>
              <w:rPr>
                <w:lang w:val="de-DE"/>
              </w:rPr>
            </w:pPr>
            <w:r w:rsidRPr="007441DC">
              <w:rPr>
                <w:noProof/>
                <w:lang w:val="de-DE"/>
              </w:rPr>
              <w:drawing>
                <wp:inline distT="0" distB="0" distL="0" distR="0" wp14:anchorId="0D8F12B4" wp14:editId="44CD45C7">
                  <wp:extent cx="522000" cy="52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E1A9F" w14:textId="77777777" w:rsidR="00347F6A" w:rsidRPr="007441DC" w:rsidRDefault="00347F6A">
      <w:pPr>
        <w:spacing w:after="6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6C2FFDF8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0070C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0FEE26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b/>
                <w:color w:val="FFFFFF"/>
                <w:sz w:val="24"/>
                <w:lang w:val="de-DE"/>
              </w:rPr>
              <w:t>Rolle 3: Betroffene Person</w:t>
            </w:r>
          </w:p>
        </w:tc>
      </w:tr>
      <w:tr w:rsidR="00347F6A" w:rsidRPr="007441DC" w14:paraId="105D63DC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2F0EF4" w14:textId="77777777" w:rsidR="00347F6A" w:rsidRPr="007441DC" w:rsidRDefault="00C02B7F">
            <w:pPr>
              <w:spacing w:after="0"/>
              <w:rPr>
                <w:sz w:val="22"/>
                <w:lang w:val="de-DE"/>
              </w:rPr>
            </w:pPr>
            <w:r w:rsidRPr="007441DC">
              <w:rPr>
                <w:b/>
                <w:color w:val="0070C0"/>
                <w:sz w:val="22"/>
                <w:lang w:val="de-DE"/>
              </w:rPr>
              <w:t xml:space="preserve">Deine Position: </w:t>
            </w:r>
            <w:r w:rsidRPr="007441DC">
              <w:rPr>
                <w:sz w:val="22"/>
                <w:lang w:val="de-DE"/>
              </w:rPr>
              <w:t>„Ich wurde durch eine KI-Entscheidung benachteiligt - ohne es zu merken und ohne Möglichkeit zur Gegenwehr."</w:t>
            </w:r>
          </w:p>
        </w:tc>
      </w:tr>
    </w:tbl>
    <w:p w14:paraId="69CCB1C1" w14:textId="7CE76722" w:rsidR="00347F6A" w:rsidRPr="007441DC" w:rsidRDefault="007441DC" w:rsidP="007441DC">
      <w:pPr>
        <w:keepNext/>
        <w:spacing w:before="80" w:after="100"/>
        <w:rPr>
          <w:szCs w:val="20"/>
          <w:lang w:val="de-DE"/>
        </w:rPr>
      </w:pPr>
      <w:r>
        <w:rPr>
          <w:b/>
          <w:color w:val="0070C0"/>
          <w:sz w:val="21"/>
          <w:lang w:val="de-DE"/>
        </w:rPr>
        <w:br/>
      </w:r>
      <w:r w:rsidR="00C02B7F" w:rsidRPr="007441DC">
        <w:rPr>
          <w:b/>
          <w:color w:val="0070C0"/>
          <w:szCs w:val="20"/>
          <w:lang w:val="de-DE"/>
        </w:rPr>
        <w:t>Leitfragen für deine Vorbereitung (ca. 5 Min.):</w:t>
      </w:r>
    </w:p>
    <w:p w14:paraId="6CCC3A36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1. </w:t>
      </w:r>
      <w:r w:rsidRPr="007441DC">
        <w:rPr>
          <w:szCs w:val="20"/>
          <w:lang w:val="de-DE"/>
        </w:rPr>
        <w:t>Was genau ist dir passiert? Wie hat sich das angefühlt?</w:t>
      </w:r>
    </w:p>
    <w:p w14:paraId="71E2288B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2. </w:t>
      </w:r>
      <w:r w:rsidRPr="007441DC">
        <w:rPr>
          <w:szCs w:val="20"/>
          <w:lang w:val="de-DE"/>
        </w:rPr>
        <w:t>Was forderst du vom Unternehmen? Von der Politik?</w:t>
      </w:r>
    </w:p>
    <w:p w14:paraId="0C3A5150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3. </w:t>
      </w:r>
      <w:r w:rsidRPr="007441DC">
        <w:rPr>
          <w:szCs w:val="20"/>
          <w:lang w:val="de-DE"/>
        </w:rPr>
        <w:t>Was würde dir jetzt helfen?</w:t>
      </w:r>
    </w:p>
    <w:p w14:paraId="63A35D73" w14:textId="77777777" w:rsidR="007441DC" w:rsidRPr="007441DC" w:rsidRDefault="007441DC">
      <w:pPr>
        <w:spacing w:after="26"/>
        <w:ind w:left="312" w:right="340" w:hanging="312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34D87CE8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E246F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Deine wichtigsten 1–2 Argumente für die Diskussion:</w:t>
            </w:r>
          </w:p>
        </w:tc>
      </w:tr>
      <w:tr w:rsidR="00347F6A" w:rsidRPr="007441DC" w14:paraId="62F271F3" w14:textId="77777777" w:rsidTr="007441DC">
        <w:trPr>
          <w:trHeight w:hRule="exact" w:val="3051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3CAE2A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0A0A5850" w14:textId="77777777" w:rsidR="00347F6A" w:rsidRPr="007441DC" w:rsidRDefault="00347F6A">
      <w:pPr>
        <w:spacing w:after="2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4B9B18EF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EAB128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Was forderst du konkret von den anderen Akteuren?</w:t>
            </w:r>
          </w:p>
        </w:tc>
      </w:tr>
      <w:tr w:rsidR="00347F6A" w:rsidRPr="007441DC" w14:paraId="78745D9C" w14:textId="77777777" w:rsidTr="007441DC">
        <w:trPr>
          <w:trHeight w:hRule="exact" w:val="5489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854A8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23382CCC" w14:textId="77777777" w:rsidR="00347F6A" w:rsidRPr="007441DC" w:rsidRDefault="00347F6A">
      <w:pPr>
        <w:spacing w:after="20"/>
        <w:rPr>
          <w:lang w:val="de-DE"/>
        </w:rPr>
      </w:pPr>
    </w:p>
    <w:p w14:paraId="3D1B6327" w14:textId="77777777" w:rsidR="00347F6A" w:rsidRPr="007441DC" w:rsidRDefault="00C02B7F">
      <w:pPr>
        <w:rPr>
          <w:lang w:val="de-DE"/>
        </w:rPr>
      </w:pPr>
      <w:r w:rsidRPr="007441DC">
        <w:rPr>
          <w:lang w:val="de-DE"/>
        </w:rPr>
        <w:br w:type="page"/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347F6A" w:rsidRPr="007441DC" w14:paraId="50AAEAF5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AF39" w14:textId="77777777" w:rsidR="00347F6A" w:rsidRPr="007441DC" w:rsidRDefault="00C02B7F">
            <w:pPr>
              <w:spacing w:after="20"/>
              <w:rPr>
                <w:lang w:val="de-DE"/>
              </w:rPr>
            </w:pPr>
            <w:r w:rsidRPr="007441DC">
              <w:rPr>
                <w:b/>
                <w:color w:val="666666"/>
                <w:sz w:val="16"/>
                <w:lang w:val="de-DE"/>
              </w:rPr>
              <w:lastRenderedPageBreak/>
              <w:t>CheckNews | IQES - Lernumgebung KI-Bias</w:t>
            </w:r>
          </w:p>
          <w:p w14:paraId="47CA18AA" w14:textId="77777777" w:rsidR="00347F6A" w:rsidRPr="007441DC" w:rsidRDefault="00C02B7F">
            <w:pPr>
              <w:spacing w:after="40"/>
              <w:rPr>
                <w:lang w:val="de-DE"/>
              </w:rPr>
            </w:pPr>
            <w:r w:rsidRPr="007441DC">
              <w:rPr>
                <w:b/>
                <w:color w:val="0070C0"/>
                <w:sz w:val="34"/>
                <w:lang w:val="de-DE"/>
              </w:rPr>
              <w:t>Rollenkarten: Perspektivenspiel</w:t>
            </w:r>
          </w:p>
          <w:p w14:paraId="2F210E5F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color w:val="333333"/>
                <w:sz w:val="19"/>
                <w:lang w:val="de-DE"/>
              </w:rPr>
              <w:t>❸</w:t>
            </w:r>
            <w:r w:rsidRPr="007441DC">
              <w:rPr>
                <w:color w:val="333333"/>
                <w:sz w:val="19"/>
                <w:lang w:val="de-DE"/>
              </w:rPr>
              <w:t xml:space="preserve"> Gruppenarbeit | Reiter 4: Wer ist verantwortlich?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1979" w14:textId="77777777" w:rsidR="00347F6A" w:rsidRPr="007441DC" w:rsidRDefault="00C02B7F">
            <w:pPr>
              <w:spacing w:after="0"/>
              <w:jc w:val="right"/>
              <w:rPr>
                <w:lang w:val="de-DE"/>
              </w:rPr>
            </w:pPr>
            <w:r w:rsidRPr="007441DC">
              <w:rPr>
                <w:noProof/>
                <w:lang w:val="de-DE"/>
              </w:rPr>
              <w:drawing>
                <wp:inline distT="0" distB="0" distL="0" distR="0" wp14:anchorId="11FABA96" wp14:editId="5AD4D76B">
                  <wp:extent cx="522000" cy="52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49517" w14:textId="77777777" w:rsidR="00347F6A" w:rsidRPr="007441DC" w:rsidRDefault="00347F6A">
      <w:pPr>
        <w:spacing w:after="6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753DB92F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0070C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D87642" w14:textId="77777777" w:rsidR="00347F6A" w:rsidRPr="007441DC" w:rsidRDefault="00C02B7F">
            <w:pPr>
              <w:spacing w:after="0"/>
              <w:rPr>
                <w:lang w:val="de-DE"/>
              </w:rPr>
            </w:pPr>
            <w:r w:rsidRPr="007441DC">
              <w:rPr>
                <w:b/>
                <w:color w:val="FFFFFF"/>
                <w:sz w:val="24"/>
                <w:lang w:val="de-DE"/>
              </w:rPr>
              <w:t>Rolle 4: Zivilgesellschaft / NGO</w:t>
            </w:r>
          </w:p>
        </w:tc>
      </w:tr>
      <w:tr w:rsidR="00347F6A" w:rsidRPr="007441DC" w14:paraId="1101360F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F63FFA" w14:textId="77777777" w:rsidR="00347F6A" w:rsidRPr="007441DC" w:rsidRDefault="00C02B7F">
            <w:pPr>
              <w:spacing w:after="0"/>
              <w:rPr>
                <w:sz w:val="22"/>
                <w:lang w:val="de-DE"/>
              </w:rPr>
            </w:pPr>
            <w:r w:rsidRPr="007441DC">
              <w:rPr>
                <w:b/>
                <w:color w:val="0070C0"/>
                <w:sz w:val="22"/>
                <w:lang w:val="de-DE"/>
              </w:rPr>
              <w:t xml:space="preserve">Deine Position: </w:t>
            </w:r>
            <w:r w:rsidRPr="007441DC">
              <w:rPr>
                <w:sz w:val="22"/>
                <w:lang w:val="de-DE"/>
              </w:rPr>
              <w:t>„Wir fordern Transparenz, Rechenschaft und das Recht auf Erklärung jeder automatisierten Entscheidung."</w:t>
            </w:r>
          </w:p>
        </w:tc>
      </w:tr>
    </w:tbl>
    <w:p w14:paraId="7683A7ED" w14:textId="03C67339" w:rsidR="00347F6A" w:rsidRPr="007441DC" w:rsidRDefault="007441DC" w:rsidP="007441DC">
      <w:pPr>
        <w:keepNext/>
        <w:spacing w:before="80" w:after="100"/>
        <w:rPr>
          <w:szCs w:val="20"/>
          <w:lang w:val="de-DE"/>
        </w:rPr>
      </w:pPr>
      <w:r>
        <w:rPr>
          <w:b/>
          <w:color w:val="0070C0"/>
          <w:sz w:val="21"/>
          <w:lang w:val="de-DE"/>
        </w:rPr>
        <w:br/>
      </w:r>
      <w:r w:rsidR="00C02B7F" w:rsidRPr="007441DC">
        <w:rPr>
          <w:b/>
          <w:color w:val="0070C0"/>
          <w:szCs w:val="20"/>
          <w:lang w:val="de-DE"/>
        </w:rPr>
        <w:t>Leitfragen für deine Vorbereitung (ca. 5 Min.):</w:t>
      </w:r>
    </w:p>
    <w:p w14:paraId="33CE1E11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1. </w:t>
      </w:r>
      <w:r w:rsidRPr="007441DC">
        <w:rPr>
          <w:szCs w:val="20"/>
          <w:lang w:val="de-DE"/>
        </w:rPr>
        <w:t xml:space="preserve">Welche konkreten Rechte </w:t>
      </w:r>
      <w:proofErr w:type="gramStart"/>
      <w:r w:rsidRPr="007441DC">
        <w:rPr>
          <w:szCs w:val="20"/>
          <w:lang w:val="de-DE"/>
        </w:rPr>
        <w:t>fehlen</w:t>
      </w:r>
      <w:proofErr w:type="gramEnd"/>
      <w:r w:rsidRPr="007441DC">
        <w:rPr>
          <w:szCs w:val="20"/>
          <w:lang w:val="de-DE"/>
        </w:rPr>
        <w:t xml:space="preserve"> bisher für Menschen, die von KI-Entscheidungen betroffen sind?</w:t>
      </w:r>
    </w:p>
    <w:p w14:paraId="05644C78" w14:textId="77777777" w:rsidR="00347F6A" w:rsidRPr="007441DC" w:rsidRDefault="00C02B7F" w:rsidP="007441DC">
      <w:pPr>
        <w:spacing w:before="80" w:after="100"/>
        <w:ind w:left="312" w:right="340" w:hanging="312"/>
        <w:rPr>
          <w:szCs w:val="20"/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2. </w:t>
      </w:r>
      <w:r w:rsidRPr="007441DC">
        <w:rPr>
          <w:szCs w:val="20"/>
          <w:lang w:val="de-DE"/>
        </w:rPr>
        <w:t>Was könnt ihr als Zivilgesellschaft selbst tun?</w:t>
      </w:r>
    </w:p>
    <w:p w14:paraId="73D64659" w14:textId="6F3EF226" w:rsidR="00347F6A" w:rsidRPr="007441DC" w:rsidRDefault="00C02B7F" w:rsidP="007441DC">
      <w:pPr>
        <w:spacing w:before="80" w:after="100"/>
        <w:ind w:left="312" w:right="340" w:hanging="312"/>
        <w:rPr>
          <w:lang w:val="de-DE"/>
        </w:rPr>
      </w:pPr>
      <w:r w:rsidRPr="007441DC">
        <w:rPr>
          <w:b/>
          <w:color w:val="0070C0"/>
          <w:szCs w:val="20"/>
          <w:lang w:val="de-DE"/>
        </w:rPr>
        <w:t xml:space="preserve">3. </w:t>
      </w:r>
      <w:r w:rsidRPr="007441DC">
        <w:rPr>
          <w:szCs w:val="20"/>
          <w:lang w:val="de-DE"/>
        </w:rPr>
        <w:t>Was fordert ihr von Unternehmen und Politik?</w:t>
      </w:r>
      <w:r w:rsidR="007441DC">
        <w:rPr>
          <w:sz w:val="18"/>
          <w:lang w:val="de-DE"/>
        </w:rPr>
        <w:br/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379BB8F8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55AB5B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Deine wichtigsten 1–2 Argumente für die Diskussion:</w:t>
            </w:r>
          </w:p>
        </w:tc>
      </w:tr>
      <w:tr w:rsidR="00347F6A" w:rsidRPr="007441DC" w14:paraId="52701FE8" w14:textId="77777777" w:rsidTr="007441DC">
        <w:trPr>
          <w:trHeight w:hRule="exact" w:val="3066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3E61F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3284EFCF" w14:textId="77777777" w:rsidR="00347F6A" w:rsidRPr="007441DC" w:rsidRDefault="00347F6A">
      <w:pPr>
        <w:spacing w:after="2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347F6A" w:rsidRPr="007441DC" w14:paraId="196743C9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09A96" w14:textId="77777777" w:rsidR="00347F6A" w:rsidRPr="007441DC" w:rsidRDefault="00C02B7F">
            <w:pPr>
              <w:spacing w:after="0"/>
              <w:rPr>
                <w:szCs w:val="20"/>
                <w:lang w:val="de-DE"/>
              </w:rPr>
            </w:pPr>
            <w:r w:rsidRPr="007441DC">
              <w:rPr>
                <w:b/>
                <w:color w:val="0070C0"/>
                <w:szCs w:val="20"/>
                <w:lang w:val="de-DE"/>
              </w:rPr>
              <w:t>Was forderst du konkret von den anderen Akteuren?</w:t>
            </w:r>
          </w:p>
        </w:tc>
      </w:tr>
      <w:tr w:rsidR="00347F6A" w:rsidRPr="007441DC" w14:paraId="03E87655" w14:textId="77777777" w:rsidTr="007441DC">
        <w:trPr>
          <w:trHeight w:hRule="exact" w:val="5645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A040F3" w14:textId="77777777" w:rsidR="00347F6A" w:rsidRPr="007441DC" w:rsidRDefault="00347F6A">
            <w:pPr>
              <w:rPr>
                <w:lang w:val="de-DE"/>
              </w:rPr>
            </w:pPr>
          </w:p>
        </w:tc>
      </w:tr>
    </w:tbl>
    <w:p w14:paraId="08105C5F" w14:textId="77777777" w:rsidR="00347F6A" w:rsidRPr="007441DC" w:rsidRDefault="00347F6A">
      <w:pPr>
        <w:spacing w:after="20"/>
        <w:rPr>
          <w:lang w:val="de-DE"/>
        </w:rPr>
      </w:pPr>
    </w:p>
    <w:sectPr w:rsidR="00347F6A" w:rsidRPr="007441DC" w:rsidSect="00034616">
      <w:headerReference w:type="default" r:id="rId9"/>
      <w:footerReference w:type="default" r:id="rId10"/>
      <w:pgSz w:w="11906" w:h="16838"/>
      <w:pgMar w:top="794" w:right="907" w:bottom="822" w:left="907" w:header="17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46DD" w14:textId="77777777" w:rsidR="00C02B7F" w:rsidRDefault="00C02B7F">
      <w:pPr>
        <w:spacing w:after="0" w:line="240" w:lineRule="auto"/>
      </w:pPr>
      <w:r>
        <w:separator/>
      </w:r>
    </w:p>
  </w:endnote>
  <w:endnote w:type="continuationSeparator" w:id="0">
    <w:p w14:paraId="2B6AD8FE" w14:textId="77777777" w:rsidR="00C02B7F" w:rsidRDefault="00C0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D0B8" w14:textId="77777777" w:rsidR="00347F6A" w:rsidRDefault="00C02B7F">
    <w:pPr>
      <w:pStyle w:val="Fuzeile"/>
    </w:pPr>
    <w:r>
      <w:rPr>
        <w:color w:val="222222"/>
        <w:sz w:val="14"/>
      </w:rPr>
      <w:t xml:space="preserve">CheckNews | © IQES online - </w:t>
    </w:r>
    <w:proofErr w:type="spellStart"/>
    <w:r>
      <w:rPr>
        <w:color w:val="222222"/>
        <w:sz w:val="14"/>
      </w:rPr>
      <w:t>fög</w:t>
    </w:r>
    <w:proofErr w:type="spellEnd"/>
    <w:r>
      <w:rPr>
        <w:color w:val="222222"/>
        <w:sz w:val="14"/>
      </w:rPr>
      <w:t xml:space="preserve"> | Stand April 2026 | </w:t>
    </w:r>
    <w:proofErr w:type="spellStart"/>
    <w:r>
      <w:rPr>
        <w:color w:val="222222"/>
        <w:sz w:val="14"/>
      </w:rPr>
      <w:t>Lernumgebung</w:t>
    </w:r>
    <w:proofErr w:type="spellEnd"/>
    <w:r>
      <w:rPr>
        <w:color w:val="222222"/>
        <w:sz w:val="14"/>
      </w:rPr>
      <w:t xml:space="preserve"> KI-Bias | </w:t>
    </w:r>
    <w:proofErr w:type="spellStart"/>
    <w:r>
      <w:rPr>
        <w:color w:val="222222"/>
        <w:sz w:val="14"/>
      </w:rPr>
      <w:t>Seite</w:t>
    </w:r>
    <w:proofErr w:type="spellEnd"/>
    <w:r>
      <w:rPr>
        <w:color w:val="222222"/>
        <w:sz w:val="14"/>
      </w:rPr>
      <w:t xml:space="preserve"> </w:t>
    </w:r>
    <w:r>
      <w:rPr>
        <w:color w:val="222222"/>
      </w:rPr>
      <w:fldChar w:fldCharType="begin"/>
    </w:r>
    <w:r>
      <w:rPr>
        <w:color w:val="222222"/>
      </w:rPr>
      <w:instrText>PAGE</w:instrText>
    </w:r>
    <w:r>
      <w:rPr>
        <w:color w:val="222222"/>
      </w:rPr>
      <w:fldChar w:fldCharType="separate"/>
    </w:r>
    <w:r>
      <w:rPr>
        <w:color w:val="222222"/>
      </w:rPr>
      <w:t>1</w:t>
    </w:r>
    <w:r>
      <w:rPr>
        <w:color w:val="222222"/>
      </w:rPr>
      <w:fldChar w:fldCharType="end"/>
    </w:r>
    <w:r>
      <w:rPr>
        <w:color w:val="222222"/>
        <w:sz w:val="14"/>
      </w:rPr>
      <w:t xml:space="preserve"> von </w:t>
    </w:r>
    <w:r>
      <w:rPr>
        <w:color w:val="222222"/>
      </w:rPr>
      <w:fldChar w:fldCharType="begin"/>
    </w:r>
    <w:r>
      <w:rPr>
        <w:color w:val="222222"/>
      </w:rPr>
      <w:instrText>NUMPAGES</w:instrText>
    </w:r>
    <w:r>
      <w:rPr>
        <w:color w:val="222222"/>
      </w:rPr>
      <w:fldChar w:fldCharType="separate"/>
    </w:r>
    <w:r>
      <w:rPr>
        <w:color w:val="222222"/>
      </w:rPr>
      <w:t>1</w:t>
    </w:r>
    <w:r>
      <w:rPr>
        <w:color w:val="2222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A031" w14:textId="77777777" w:rsidR="00C02B7F" w:rsidRDefault="00C02B7F">
      <w:pPr>
        <w:spacing w:after="0" w:line="240" w:lineRule="auto"/>
      </w:pPr>
      <w:r>
        <w:separator/>
      </w:r>
    </w:p>
  </w:footnote>
  <w:footnote w:type="continuationSeparator" w:id="0">
    <w:p w14:paraId="3A81BFD6" w14:textId="77777777" w:rsidR="00C02B7F" w:rsidRDefault="00C0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427A" w14:textId="77777777" w:rsidR="00347F6A" w:rsidRDefault="00C02B7F">
    <w:pPr>
      <w:pStyle w:val="Kopfzeile"/>
    </w:pPr>
    <w:r>
      <w:pict w14:anchorId="54B4E417">
        <v:roundrect id="CheckNewsBorder" o:spid="_x0000_s1025" style="position:absolute;margin-left:-28pt;margin-top:11pt;width:522pt;height:779pt;z-index:-251658752;visibility:visible;mso-wrap-style:none;mso-position-horizontal:absolute;mso-position-horizontal-relative:margin;mso-position-vertical:absolute;mso-position-vertical-relative:text" arcsize="5000f" filled="f" fillcolor="none" strokecolor="#0070c0" strokeweight="3pt">
          <w10:wrap anchorx="margin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987281">
    <w:abstractNumId w:val="8"/>
  </w:num>
  <w:num w:numId="2" w16cid:durableId="477654655">
    <w:abstractNumId w:val="6"/>
  </w:num>
  <w:num w:numId="3" w16cid:durableId="937559449">
    <w:abstractNumId w:val="5"/>
  </w:num>
  <w:num w:numId="4" w16cid:durableId="489635015">
    <w:abstractNumId w:val="4"/>
  </w:num>
  <w:num w:numId="5" w16cid:durableId="471406481">
    <w:abstractNumId w:val="7"/>
  </w:num>
  <w:num w:numId="6" w16cid:durableId="114376734">
    <w:abstractNumId w:val="3"/>
  </w:num>
  <w:num w:numId="7" w16cid:durableId="1312103118">
    <w:abstractNumId w:val="2"/>
  </w:num>
  <w:num w:numId="8" w16cid:durableId="55861690">
    <w:abstractNumId w:val="1"/>
  </w:num>
  <w:num w:numId="9" w16cid:durableId="65322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F6A"/>
    <w:rsid w:val="007441DC"/>
    <w:rsid w:val="00AA1D8D"/>
    <w:rsid w:val="00B47730"/>
    <w:rsid w:val="00C02B7F"/>
    <w:rsid w:val="00C26EB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89CAD91"/>
  <w14:defaultImageDpi w14:val="300"/>
  <w15:docId w15:val="{6F579340-F5B0-4E18-AE16-29B76539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2</cp:revision>
  <dcterms:created xsi:type="dcterms:W3CDTF">2013-12-23T23:15:00Z</dcterms:created>
  <dcterms:modified xsi:type="dcterms:W3CDTF">2026-07-02T15:36:00Z</dcterms:modified>
  <cp:category/>
</cp:coreProperties>
</file>