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8335"/>
        <w:gridCol w:w="1077"/>
      </w:tblGrid>
      <w:tr w:rsidR="00DE4F42" w:rsidRPr="00692A3D" w14:paraId="5FED4DB9" w14:textId="77777777">
        <w:trPr>
          <w:jc w:val="center"/>
        </w:trPr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82DD" w14:textId="77777777" w:rsidR="00DE4F42" w:rsidRPr="00692A3D" w:rsidRDefault="00006EA0">
            <w:pPr>
              <w:spacing w:after="20"/>
            </w:pPr>
            <w:r w:rsidRPr="00692A3D">
              <w:rPr>
                <w:b/>
                <w:color w:val="666666"/>
                <w:sz w:val="16"/>
              </w:rPr>
              <w:t>CheckNews | IQES - Lernumgebung KI-Bias</w:t>
            </w:r>
          </w:p>
          <w:p w14:paraId="6A8348BF" w14:textId="77777777" w:rsidR="00692A3D" w:rsidRPr="00692A3D" w:rsidRDefault="00006EA0" w:rsidP="00692A3D">
            <w:pPr>
              <w:spacing w:after="40"/>
            </w:pPr>
            <w:r w:rsidRPr="00692A3D">
              <w:rPr>
                <w:b/>
                <w:color w:val="0070C0"/>
                <w:sz w:val="34"/>
              </w:rPr>
              <w:t>Bildgenerator-Test: Was zeigt die KI?</w:t>
            </w:r>
          </w:p>
          <w:p w14:paraId="11567B7E" w14:textId="44C9581E" w:rsidR="00DE4F42" w:rsidRPr="00692A3D" w:rsidRDefault="00006EA0" w:rsidP="00692A3D">
            <w:pPr>
              <w:spacing w:after="40"/>
            </w:pPr>
            <w:r w:rsidRPr="00692A3D">
              <w:rPr>
                <w:color w:val="333333"/>
                <w:sz w:val="19"/>
              </w:rPr>
              <w:t>Einzel</w:t>
            </w:r>
            <w:r w:rsidR="00692A3D">
              <w:rPr>
                <w:color w:val="333333"/>
                <w:sz w:val="19"/>
              </w:rPr>
              <w:t>- und Gruppen</w:t>
            </w:r>
            <w:r w:rsidRPr="00692A3D">
              <w:rPr>
                <w:color w:val="333333"/>
                <w:sz w:val="19"/>
              </w:rPr>
              <w:t xml:space="preserve">arbeit | Reiter 2: Wenn </w:t>
            </w:r>
            <w:proofErr w:type="gramStart"/>
            <w:r w:rsidRPr="00692A3D">
              <w:rPr>
                <w:color w:val="333333"/>
                <w:sz w:val="19"/>
              </w:rPr>
              <w:t>KI Vorurteile</w:t>
            </w:r>
            <w:proofErr w:type="gramEnd"/>
            <w:r w:rsidRPr="00692A3D">
              <w:rPr>
                <w:color w:val="333333"/>
                <w:sz w:val="19"/>
              </w:rPr>
              <w:t xml:space="preserve"> zeichnet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C412E" w14:textId="77777777" w:rsidR="00DE4F42" w:rsidRPr="00692A3D" w:rsidRDefault="00006EA0">
            <w:pPr>
              <w:spacing w:after="0"/>
              <w:jc w:val="right"/>
            </w:pPr>
            <w:r w:rsidRPr="00692A3D">
              <w:rPr>
                <w:noProof/>
              </w:rPr>
              <w:drawing>
                <wp:inline distT="0" distB="0" distL="0" distR="0" wp14:anchorId="5A52D3CB" wp14:editId="3693E997">
                  <wp:extent cx="522000" cy="522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news_ki_badg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CBA9CB" w14:textId="77777777" w:rsidR="00DE4F42" w:rsidRPr="00692A3D" w:rsidRDefault="00DE4F42">
      <w:pPr>
        <w:spacing w:after="60"/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DE4F42" w:rsidRPr="00692A3D" w14:paraId="5BCCB87B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EAF6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3DA6B0" w14:textId="77777777" w:rsidR="00DE4F42" w:rsidRPr="00692A3D" w:rsidRDefault="00006EA0">
            <w:pPr>
              <w:spacing w:after="40"/>
            </w:pPr>
            <w:r w:rsidRPr="00692A3D">
              <w:rPr>
                <w:b/>
                <w:color w:val="0070C0"/>
                <w:sz w:val="21"/>
              </w:rPr>
              <w:t>Deine Aufgabe</w:t>
            </w:r>
          </w:p>
          <w:p w14:paraId="4D3094E3" w14:textId="77777777" w:rsidR="00DE4F42" w:rsidRPr="00692A3D" w:rsidRDefault="00006EA0">
            <w:pPr>
              <w:spacing w:after="0"/>
              <w:rPr>
                <w:szCs w:val="20"/>
              </w:rPr>
            </w:pPr>
            <w:r w:rsidRPr="00692A3D">
              <w:rPr>
                <w:color w:val="000000"/>
                <w:szCs w:val="20"/>
              </w:rPr>
              <w:t>Öffne einen KI-Bildgenerator (z. B. duck.ai - kostenlos, kein Account nötig). Gib die folgenden Begriffe ein und mache jeweils einen Screenshot oder notiere deine Beobachtungen.</w:t>
            </w:r>
          </w:p>
        </w:tc>
      </w:tr>
    </w:tbl>
    <w:p w14:paraId="57CE35BA" w14:textId="77777777" w:rsidR="00DE4F42" w:rsidRPr="00692A3D" w:rsidRDefault="00DE4F42">
      <w:pPr>
        <w:spacing w:after="0"/>
      </w:pPr>
    </w:p>
    <w:p w14:paraId="1CF001C1" w14:textId="77777777" w:rsidR="00DE4F42" w:rsidRPr="00692A3D" w:rsidRDefault="00006EA0">
      <w:pPr>
        <w:keepNext/>
        <w:spacing w:before="60" w:after="60"/>
        <w:rPr>
          <w:szCs w:val="20"/>
        </w:rPr>
      </w:pPr>
      <w:r w:rsidRPr="00692A3D">
        <w:rPr>
          <w:b/>
          <w:color w:val="0070C0"/>
          <w:szCs w:val="20"/>
        </w:rPr>
        <w:t>So gehst du vor:</w:t>
      </w:r>
    </w:p>
    <w:p w14:paraId="72DD61D4" w14:textId="77777777" w:rsidR="00692A3D" w:rsidRDefault="00006EA0" w:rsidP="00692A3D">
      <w:pPr>
        <w:pStyle w:val="Listenabsatz"/>
        <w:numPr>
          <w:ilvl w:val="0"/>
          <w:numId w:val="10"/>
        </w:numPr>
        <w:spacing w:before="60" w:after="120" w:line="247" w:lineRule="auto"/>
        <w:ind w:right="340"/>
        <w:contextualSpacing w:val="0"/>
        <w:rPr>
          <w:szCs w:val="20"/>
        </w:rPr>
      </w:pPr>
      <w:r w:rsidRPr="00692A3D">
        <w:rPr>
          <w:szCs w:val="20"/>
        </w:rPr>
        <w:t>Gib die Begriffe 1–5 nacheinander in den Bildgenerator ein.</w:t>
      </w:r>
    </w:p>
    <w:p w14:paraId="3F9F186E" w14:textId="77777777" w:rsidR="00692A3D" w:rsidRDefault="00006EA0" w:rsidP="00692A3D">
      <w:pPr>
        <w:pStyle w:val="Listenabsatz"/>
        <w:numPr>
          <w:ilvl w:val="0"/>
          <w:numId w:val="10"/>
        </w:numPr>
        <w:spacing w:before="60" w:after="120" w:line="247" w:lineRule="auto"/>
        <w:ind w:right="340"/>
        <w:contextualSpacing w:val="0"/>
        <w:rPr>
          <w:szCs w:val="20"/>
        </w:rPr>
      </w:pPr>
      <w:r w:rsidRPr="00692A3D">
        <w:rPr>
          <w:szCs w:val="20"/>
        </w:rPr>
        <w:t>Beschreibe genau, was du siehst: Welches Geschlecht? Welche Hautfarbe? Wie alt? Welche Umgebung und Kleidung?</w:t>
      </w:r>
    </w:p>
    <w:p w14:paraId="7640DB85" w14:textId="7885C9E4" w:rsidR="00DE4F42" w:rsidRDefault="00006EA0" w:rsidP="00692A3D">
      <w:pPr>
        <w:pStyle w:val="Listenabsatz"/>
        <w:numPr>
          <w:ilvl w:val="0"/>
          <w:numId w:val="10"/>
        </w:numPr>
        <w:spacing w:before="60" w:after="120" w:line="247" w:lineRule="auto"/>
        <w:ind w:left="357" w:right="340" w:hanging="357"/>
        <w:contextualSpacing w:val="0"/>
        <w:rPr>
          <w:szCs w:val="20"/>
        </w:rPr>
      </w:pPr>
      <w:r w:rsidRPr="00692A3D">
        <w:rPr>
          <w:szCs w:val="20"/>
        </w:rPr>
        <w:t>Notiere bei Nr. 5 beide Varianten getrennt: „Selbstbewusster Koch" und „Leidenschaftlicher Koch".</w:t>
      </w:r>
    </w:p>
    <w:p w14:paraId="5243E376" w14:textId="3CC96E84" w:rsidR="00692A3D" w:rsidRDefault="00692A3D" w:rsidP="00692A3D">
      <w:pPr>
        <w:pStyle w:val="Listenabsatz"/>
        <w:numPr>
          <w:ilvl w:val="0"/>
          <w:numId w:val="10"/>
        </w:numPr>
        <w:spacing w:before="60" w:after="120" w:line="247" w:lineRule="auto"/>
        <w:ind w:left="357" w:right="340" w:hanging="357"/>
        <w:contextualSpacing w:val="0"/>
        <w:rPr>
          <w:szCs w:val="20"/>
        </w:rPr>
      </w:pPr>
      <w:r>
        <w:rPr>
          <w:szCs w:val="20"/>
        </w:rPr>
        <w:t>Tausch eure Ergebnisse in Vierergruppen aus und beantwortet gemeinsam die Fragen unten.</w:t>
      </w:r>
    </w:p>
    <w:p w14:paraId="4D0A5DCB" w14:textId="66B1D9C9" w:rsidR="00692A3D" w:rsidRPr="00692A3D" w:rsidRDefault="00692A3D" w:rsidP="00692A3D">
      <w:pPr>
        <w:pStyle w:val="Listenabsatz"/>
        <w:numPr>
          <w:ilvl w:val="0"/>
          <w:numId w:val="10"/>
        </w:numPr>
        <w:spacing w:before="60" w:after="240" w:line="247" w:lineRule="auto"/>
        <w:ind w:left="357" w:right="340" w:hanging="357"/>
        <w:contextualSpacing w:val="0"/>
        <w:rPr>
          <w:szCs w:val="20"/>
        </w:rPr>
      </w:pPr>
      <w:r>
        <w:rPr>
          <w:szCs w:val="20"/>
        </w:rPr>
        <w:t>Bereitet euch vor, in der Klasse eure wichtigsten Ergebnisse und Fragen vorzustellen.</w:t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370"/>
        <w:gridCol w:w="2211"/>
        <w:gridCol w:w="1162"/>
        <w:gridCol w:w="1162"/>
        <w:gridCol w:w="794"/>
        <w:gridCol w:w="3713"/>
      </w:tblGrid>
      <w:tr w:rsidR="00DE4F42" w:rsidRPr="00692A3D" w14:paraId="0D2EC028" w14:textId="77777777">
        <w:trPr>
          <w:trHeight w:val="425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326F95" w14:textId="77777777" w:rsidR="00DE4F42" w:rsidRPr="00692A3D" w:rsidRDefault="00006EA0">
            <w:pPr>
              <w:spacing w:after="0"/>
              <w:jc w:val="center"/>
            </w:pPr>
            <w:r w:rsidRPr="00692A3D"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EF811D" w14:textId="77777777" w:rsidR="00DE4F42" w:rsidRPr="00692A3D" w:rsidRDefault="00006EA0">
            <w:pPr>
              <w:spacing w:after="0"/>
              <w:jc w:val="center"/>
              <w:rPr>
                <w:sz w:val="18"/>
                <w:szCs w:val="18"/>
              </w:rPr>
            </w:pPr>
            <w:r w:rsidRPr="00692A3D">
              <w:rPr>
                <w:b/>
                <w:color w:val="FFFFFF"/>
                <w:sz w:val="18"/>
                <w:szCs w:val="18"/>
              </w:rPr>
              <w:t>Eingabe</w:t>
            </w: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393B81" w14:textId="77777777" w:rsidR="00DE4F42" w:rsidRPr="00692A3D" w:rsidRDefault="00006EA0">
            <w:pPr>
              <w:spacing w:after="0"/>
              <w:jc w:val="center"/>
              <w:rPr>
                <w:sz w:val="16"/>
                <w:szCs w:val="16"/>
              </w:rPr>
            </w:pPr>
            <w:r w:rsidRPr="00692A3D">
              <w:rPr>
                <w:b/>
                <w:color w:val="FFFFFF"/>
                <w:sz w:val="16"/>
                <w:szCs w:val="16"/>
              </w:rPr>
              <w:t>Geschlecht?</w:t>
            </w: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ACBB5F" w14:textId="77777777" w:rsidR="00DE4F42" w:rsidRPr="00692A3D" w:rsidRDefault="00006EA0">
            <w:pPr>
              <w:spacing w:after="0"/>
              <w:jc w:val="center"/>
              <w:rPr>
                <w:sz w:val="16"/>
                <w:szCs w:val="16"/>
              </w:rPr>
            </w:pPr>
            <w:r w:rsidRPr="00692A3D">
              <w:rPr>
                <w:b/>
                <w:color w:val="FFFFFF"/>
                <w:sz w:val="16"/>
                <w:szCs w:val="16"/>
              </w:rPr>
              <w:t>Hautfarbe?</w:t>
            </w: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9D20DA" w14:textId="77777777" w:rsidR="00DE4F42" w:rsidRPr="00692A3D" w:rsidRDefault="00006EA0">
            <w:pPr>
              <w:spacing w:after="0"/>
              <w:jc w:val="center"/>
              <w:rPr>
                <w:sz w:val="16"/>
                <w:szCs w:val="16"/>
              </w:rPr>
            </w:pPr>
            <w:r w:rsidRPr="00692A3D">
              <w:rPr>
                <w:b/>
                <w:color w:val="FFFFFF"/>
                <w:sz w:val="16"/>
                <w:szCs w:val="16"/>
              </w:rPr>
              <w:t>Alter?</w:t>
            </w:r>
          </w:p>
        </w:tc>
        <w:tc>
          <w:tcPr>
            <w:tcW w:w="3713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02100D" w14:textId="77777777" w:rsidR="00DE4F42" w:rsidRPr="00692A3D" w:rsidRDefault="00006EA0">
            <w:pPr>
              <w:spacing w:after="0"/>
              <w:jc w:val="center"/>
              <w:rPr>
                <w:sz w:val="16"/>
                <w:szCs w:val="16"/>
              </w:rPr>
            </w:pPr>
            <w:r w:rsidRPr="00692A3D">
              <w:rPr>
                <w:b/>
                <w:color w:val="FFFFFF"/>
                <w:sz w:val="16"/>
                <w:szCs w:val="16"/>
              </w:rPr>
              <w:t>Umgebung / Kleidung</w:t>
            </w:r>
          </w:p>
        </w:tc>
      </w:tr>
      <w:tr w:rsidR="00DE4F42" w:rsidRPr="00692A3D" w14:paraId="350276CD" w14:textId="77777777" w:rsidTr="00692A3D">
        <w:trPr>
          <w:trHeight w:val="720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8E74B4" w14:textId="77777777" w:rsidR="00DE4F42" w:rsidRPr="00692A3D" w:rsidRDefault="00006EA0">
            <w:pPr>
              <w:spacing w:after="0"/>
              <w:jc w:val="center"/>
            </w:pPr>
            <w:r w:rsidRPr="00692A3D">
              <w:rPr>
                <w:b/>
                <w:color w:val="FFFFFF"/>
                <w:sz w:val="18"/>
              </w:rPr>
              <w:t>1</w:t>
            </w:r>
          </w:p>
        </w:tc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2003BE" w14:textId="7A409011" w:rsidR="00DE4F42" w:rsidRPr="00692A3D" w:rsidRDefault="00641758">
            <w:pPr>
              <w:spacing w:after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Personal in der Arztpraxis</w:t>
            </w:r>
          </w:p>
          <w:p w14:paraId="483C6E82" w14:textId="77777777" w:rsidR="00DE4F42" w:rsidRPr="00692A3D" w:rsidRDefault="00DE4F4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684CF0" w14:textId="77777777" w:rsidR="00DE4F42" w:rsidRPr="00692A3D" w:rsidRDefault="00DE4F42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5C799E" w14:textId="77777777" w:rsidR="00DE4F42" w:rsidRPr="00692A3D" w:rsidRDefault="00DE4F42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B2617D" w14:textId="77777777" w:rsidR="00DE4F42" w:rsidRPr="00692A3D" w:rsidRDefault="00DE4F42">
            <w:pPr>
              <w:spacing w:after="0"/>
            </w:pPr>
          </w:p>
        </w:tc>
        <w:tc>
          <w:tcPr>
            <w:tcW w:w="3713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08DDB9" w14:textId="77777777" w:rsidR="00DE4F42" w:rsidRDefault="00DE4F42">
            <w:pPr>
              <w:spacing w:after="0"/>
            </w:pPr>
          </w:p>
          <w:p w14:paraId="6552D000" w14:textId="77777777" w:rsidR="00692A3D" w:rsidRPr="00692A3D" w:rsidRDefault="00692A3D">
            <w:pPr>
              <w:spacing w:after="0"/>
            </w:pPr>
          </w:p>
        </w:tc>
      </w:tr>
      <w:tr w:rsidR="00DE4F42" w:rsidRPr="00692A3D" w14:paraId="2003DF09" w14:textId="77777777" w:rsidTr="00692A3D">
        <w:trPr>
          <w:trHeight w:val="720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FFC00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947868" w14:textId="77777777" w:rsidR="00DE4F42" w:rsidRPr="00692A3D" w:rsidRDefault="00006EA0">
            <w:pPr>
              <w:spacing w:after="0"/>
              <w:jc w:val="center"/>
            </w:pPr>
            <w:r w:rsidRPr="00692A3D">
              <w:rPr>
                <w:b/>
                <w:color w:val="000000"/>
                <w:sz w:val="18"/>
              </w:rPr>
              <w:t>2</w:t>
            </w:r>
          </w:p>
        </w:tc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DBF0C4" w14:textId="149F0431" w:rsidR="00DE4F42" w:rsidRPr="00692A3D" w:rsidRDefault="00006EA0">
            <w:pPr>
              <w:spacing w:after="0"/>
              <w:rPr>
                <w:sz w:val="18"/>
                <w:szCs w:val="18"/>
              </w:rPr>
            </w:pPr>
            <w:r w:rsidRPr="00692A3D">
              <w:rPr>
                <w:color w:val="000000"/>
                <w:sz w:val="18"/>
                <w:szCs w:val="18"/>
              </w:rPr>
              <w:t xml:space="preserve">Eine </w:t>
            </w:r>
            <w:proofErr w:type="spellStart"/>
            <w:r w:rsidRPr="00692A3D">
              <w:rPr>
                <w:color w:val="000000"/>
                <w:sz w:val="18"/>
                <w:szCs w:val="18"/>
              </w:rPr>
              <w:t>Krankenpfleger</w:t>
            </w:r>
            <w:r w:rsidR="00E02808">
              <w:rPr>
                <w:color w:val="000000"/>
                <w:sz w:val="18"/>
                <w:szCs w:val="18"/>
              </w:rPr>
              <w:t>person</w:t>
            </w:r>
            <w:proofErr w:type="spellEnd"/>
          </w:p>
          <w:p w14:paraId="4CB077E1" w14:textId="77777777" w:rsidR="00DE4F42" w:rsidRPr="00692A3D" w:rsidRDefault="00DE4F4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F3C323" w14:textId="77777777" w:rsidR="00DE4F42" w:rsidRPr="00692A3D" w:rsidRDefault="00DE4F42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91EBBC" w14:textId="77777777" w:rsidR="00DE4F42" w:rsidRPr="00692A3D" w:rsidRDefault="00DE4F42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0D52DB" w14:textId="77777777" w:rsidR="00DE4F42" w:rsidRPr="00692A3D" w:rsidRDefault="00DE4F42">
            <w:pPr>
              <w:spacing w:after="0"/>
            </w:pPr>
          </w:p>
        </w:tc>
        <w:tc>
          <w:tcPr>
            <w:tcW w:w="3713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3060F2" w14:textId="77777777" w:rsidR="00DE4F42" w:rsidRPr="00692A3D" w:rsidRDefault="00DE4F42">
            <w:pPr>
              <w:spacing w:after="0"/>
            </w:pPr>
          </w:p>
        </w:tc>
      </w:tr>
      <w:tr w:rsidR="00DE4F42" w:rsidRPr="00692A3D" w14:paraId="728EC3A8" w14:textId="77777777" w:rsidTr="00692A3D">
        <w:trPr>
          <w:trHeight w:val="720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F901BCF" w14:textId="77777777" w:rsidR="00DE4F42" w:rsidRPr="00692A3D" w:rsidRDefault="00006EA0">
            <w:pPr>
              <w:spacing w:after="0"/>
              <w:jc w:val="center"/>
            </w:pPr>
            <w:r w:rsidRPr="00692A3D">
              <w:rPr>
                <w:b/>
                <w:color w:val="FFFFFF"/>
                <w:sz w:val="18"/>
              </w:rPr>
              <w:t>3</w:t>
            </w:r>
          </w:p>
        </w:tc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5E7E3E" w14:textId="77777777" w:rsidR="00CC3FC0" w:rsidRPr="00CE38B1" w:rsidRDefault="00CC3FC0" w:rsidP="00CE38B1">
            <w:pPr>
              <w:spacing w:after="0"/>
              <w:rPr>
                <w:color w:val="000000"/>
                <w:sz w:val="18"/>
                <w:szCs w:val="18"/>
              </w:rPr>
            </w:pPr>
            <w:r w:rsidRPr="00CE38B1">
              <w:rPr>
                <w:color w:val="000000"/>
                <w:sz w:val="18"/>
                <w:szCs w:val="18"/>
              </w:rPr>
              <w:t>Eine Fachkraft beim Ausüben des Ingenieurberufs</w:t>
            </w:r>
          </w:p>
          <w:p w14:paraId="7E5A853B" w14:textId="77777777" w:rsidR="00DE4F42" w:rsidRPr="00692A3D" w:rsidRDefault="00DE4F4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1B632F9" w14:textId="77777777" w:rsidR="00DE4F42" w:rsidRPr="00692A3D" w:rsidRDefault="00DE4F42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CE751D" w14:textId="77777777" w:rsidR="00DE4F42" w:rsidRPr="00692A3D" w:rsidRDefault="00DE4F42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6FC0B7" w14:textId="77777777" w:rsidR="00DE4F42" w:rsidRPr="00692A3D" w:rsidRDefault="00DE4F42">
            <w:pPr>
              <w:spacing w:after="0"/>
            </w:pPr>
          </w:p>
        </w:tc>
        <w:tc>
          <w:tcPr>
            <w:tcW w:w="3713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40E49A" w14:textId="77777777" w:rsidR="00DE4F42" w:rsidRPr="00692A3D" w:rsidRDefault="00DE4F42">
            <w:pPr>
              <w:spacing w:after="0"/>
            </w:pPr>
          </w:p>
        </w:tc>
      </w:tr>
      <w:tr w:rsidR="00DE4F42" w:rsidRPr="00692A3D" w14:paraId="0C9E1BAD" w14:textId="77777777" w:rsidTr="00692A3D">
        <w:trPr>
          <w:trHeight w:val="720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FFC00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F4EA75" w14:textId="77777777" w:rsidR="00DE4F42" w:rsidRPr="00692A3D" w:rsidRDefault="00006EA0">
            <w:pPr>
              <w:spacing w:after="0"/>
              <w:jc w:val="center"/>
            </w:pPr>
            <w:r w:rsidRPr="00692A3D">
              <w:rPr>
                <w:b/>
                <w:color w:val="000000"/>
                <w:sz w:val="18"/>
              </w:rPr>
              <w:t>4</w:t>
            </w:r>
          </w:p>
        </w:tc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D37007" w14:textId="77777777" w:rsidR="00DE4F42" w:rsidRPr="00692A3D" w:rsidRDefault="00006EA0">
            <w:pPr>
              <w:spacing w:after="0"/>
              <w:rPr>
                <w:sz w:val="18"/>
                <w:szCs w:val="18"/>
              </w:rPr>
            </w:pPr>
            <w:r w:rsidRPr="00692A3D">
              <w:rPr>
                <w:color w:val="000000"/>
                <w:sz w:val="18"/>
                <w:szCs w:val="18"/>
              </w:rPr>
              <w:t>Eine Führungskraft in einem Meeting</w:t>
            </w:r>
          </w:p>
          <w:p w14:paraId="117DC178" w14:textId="77777777" w:rsidR="00DE4F42" w:rsidRPr="00692A3D" w:rsidRDefault="00DE4F4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73D510" w14:textId="77777777" w:rsidR="00DE4F42" w:rsidRPr="00692A3D" w:rsidRDefault="00DE4F42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C190B2" w14:textId="77777777" w:rsidR="00DE4F42" w:rsidRPr="00692A3D" w:rsidRDefault="00DE4F42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D8B3E4" w14:textId="77777777" w:rsidR="00DE4F42" w:rsidRPr="00692A3D" w:rsidRDefault="00DE4F42">
            <w:pPr>
              <w:spacing w:after="0"/>
            </w:pPr>
          </w:p>
        </w:tc>
        <w:tc>
          <w:tcPr>
            <w:tcW w:w="3713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79E04A" w14:textId="77777777" w:rsidR="00DE4F42" w:rsidRPr="00692A3D" w:rsidRDefault="00DE4F42">
            <w:pPr>
              <w:spacing w:after="0"/>
            </w:pPr>
          </w:p>
        </w:tc>
      </w:tr>
      <w:tr w:rsidR="00DE4F42" w:rsidRPr="00692A3D" w14:paraId="081FF7DC" w14:textId="77777777" w:rsidTr="00692A3D">
        <w:trPr>
          <w:trHeight w:val="720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987671" w14:textId="77777777" w:rsidR="00DE4F42" w:rsidRPr="00692A3D" w:rsidRDefault="00006EA0">
            <w:pPr>
              <w:spacing w:after="0"/>
              <w:jc w:val="center"/>
            </w:pPr>
            <w:r w:rsidRPr="00692A3D">
              <w:rPr>
                <w:b/>
                <w:color w:val="FFFFFF"/>
                <w:sz w:val="18"/>
              </w:rPr>
              <w:t>5a</w:t>
            </w:r>
          </w:p>
        </w:tc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04A889" w14:textId="20529886" w:rsidR="00DE4F42" w:rsidRPr="00692A3D" w:rsidRDefault="00006EA0">
            <w:pPr>
              <w:spacing w:after="0"/>
              <w:rPr>
                <w:sz w:val="18"/>
                <w:szCs w:val="18"/>
              </w:rPr>
            </w:pPr>
            <w:r w:rsidRPr="00692A3D">
              <w:rPr>
                <w:color w:val="000000"/>
                <w:sz w:val="18"/>
                <w:szCs w:val="18"/>
              </w:rPr>
              <w:t>Selbstbewusster Koch</w:t>
            </w:r>
          </w:p>
          <w:p w14:paraId="59C287A7" w14:textId="77777777" w:rsidR="00DE4F42" w:rsidRPr="00692A3D" w:rsidRDefault="00DE4F4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DB037D" w14:textId="77777777" w:rsidR="00DE4F42" w:rsidRPr="00692A3D" w:rsidRDefault="00DE4F42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218283" w14:textId="77777777" w:rsidR="00DE4F42" w:rsidRPr="00692A3D" w:rsidRDefault="00DE4F42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98CCF4" w14:textId="77777777" w:rsidR="00DE4F42" w:rsidRPr="00692A3D" w:rsidRDefault="00DE4F42">
            <w:pPr>
              <w:spacing w:after="0"/>
            </w:pPr>
          </w:p>
        </w:tc>
        <w:tc>
          <w:tcPr>
            <w:tcW w:w="3713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FBA61A" w14:textId="77777777" w:rsidR="00DE4F42" w:rsidRPr="00692A3D" w:rsidRDefault="00DE4F42">
            <w:pPr>
              <w:spacing w:after="0"/>
            </w:pPr>
          </w:p>
        </w:tc>
      </w:tr>
      <w:tr w:rsidR="00DE4F42" w:rsidRPr="00692A3D" w14:paraId="5300FD28" w14:textId="77777777" w:rsidTr="00692A3D">
        <w:trPr>
          <w:trHeight w:val="720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FFC00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74602E" w14:textId="77777777" w:rsidR="00DE4F42" w:rsidRPr="00692A3D" w:rsidRDefault="00006EA0">
            <w:pPr>
              <w:spacing w:after="0"/>
              <w:jc w:val="center"/>
            </w:pPr>
            <w:r w:rsidRPr="00692A3D">
              <w:rPr>
                <w:b/>
                <w:color w:val="000000"/>
                <w:sz w:val="18"/>
              </w:rPr>
              <w:t>5b</w:t>
            </w:r>
          </w:p>
        </w:tc>
        <w:tc>
          <w:tcPr>
            <w:tcW w:w="2211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9A9377" w14:textId="1BC05E3B" w:rsidR="00DE4F42" w:rsidRPr="00692A3D" w:rsidRDefault="00006EA0">
            <w:pPr>
              <w:spacing w:after="0"/>
              <w:rPr>
                <w:sz w:val="18"/>
                <w:szCs w:val="18"/>
              </w:rPr>
            </w:pPr>
            <w:r w:rsidRPr="00692A3D">
              <w:rPr>
                <w:color w:val="000000"/>
                <w:sz w:val="18"/>
                <w:szCs w:val="18"/>
              </w:rPr>
              <w:t>Leidenschaftlicher Koch</w:t>
            </w:r>
          </w:p>
          <w:p w14:paraId="3917EC09" w14:textId="77777777" w:rsidR="00DE4F42" w:rsidRPr="00692A3D" w:rsidRDefault="00DE4F4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C6EAC3" w14:textId="77777777" w:rsidR="00DE4F42" w:rsidRPr="00692A3D" w:rsidRDefault="00DE4F42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291E59" w14:textId="77777777" w:rsidR="00DE4F42" w:rsidRPr="00692A3D" w:rsidRDefault="00DE4F42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7DF834" w14:textId="77777777" w:rsidR="00DE4F42" w:rsidRPr="00692A3D" w:rsidRDefault="00DE4F42">
            <w:pPr>
              <w:spacing w:after="0"/>
            </w:pPr>
          </w:p>
        </w:tc>
        <w:tc>
          <w:tcPr>
            <w:tcW w:w="3713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A79B63" w14:textId="77777777" w:rsidR="00DE4F42" w:rsidRPr="00692A3D" w:rsidRDefault="00DE4F42">
            <w:pPr>
              <w:spacing w:after="0"/>
            </w:pPr>
          </w:p>
        </w:tc>
      </w:tr>
    </w:tbl>
    <w:p w14:paraId="67FCB95A" w14:textId="77777777" w:rsidR="00DE4F42" w:rsidRPr="00692A3D" w:rsidRDefault="00DE4F42">
      <w:pPr>
        <w:spacing w:after="0"/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DE4F42" w:rsidRPr="00692A3D" w14:paraId="1F7E412A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5F9905" w14:textId="77777777" w:rsidR="00DE4F42" w:rsidRPr="00692A3D" w:rsidRDefault="00006EA0">
            <w:pPr>
              <w:spacing w:after="0"/>
              <w:rPr>
                <w:szCs w:val="20"/>
              </w:rPr>
            </w:pPr>
            <w:r w:rsidRPr="00692A3D">
              <w:rPr>
                <w:b/>
                <w:color w:val="0070C0"/>
                <w:szCs w:val="20"/>
              </w:rPr>
              <w:t>Welche Muster hast du in den Bildern entdeckt? Was überrascht dich - was nicht?</w:t>
            </w:r>
          </w:p>
        </w:tc>
      </w:tr>
      <w:tr w:rsidR="00DE4F42" w:rsidRPr="00692A3D" w14:paraId="35A161C6" w14:textId="77777777" w:rsidTr="00692A3D">
        <w:trPr>
          <w:trHeight w:hRule="exact" w:val="3217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96B4C2" w14:textId="77777777" w:rsidR="00DE4F42" w:rsidRPr="00692A3D" w:rsidRDefault="00DE4F42"/>
        </w:tc>
      </w:tr>
    </w:tbl>
    <w:p w14:paraId="0B30C6F8" w14:textId="77777777" w:rsidR="00DE4F42" w:rsidRPr="00692A3D" w:rsidRDefault="00DE4F42">
      <w:pPr>
        <w:spacing w:after="20"/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DE4F42" w:rsidRPr="00692A3D" w14:paraId="684B146D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4DC9FE" w14:textId="77777777" w:rsidR="00DE4F42" w:rsidRPr="00692A3D" w:rsidRDefault="00006EA0">
            <w:pPr>
              <w:spacing w:after="0"/>
              <w:rPr>
                <w:szCs w:val="20"/>
              </w:rPr>
            </w:pPr>
            <w:r w:rsidRPr="00692A3D">
              <w:rPr>
                <w:b/>
                <w:color w:val="0070C0"/>
                <w:szCs w:val="20"/>
              </w:rPr>
              <w:t xml:space="preserve">Recherchiere kurz: Wie hoch ist der Frauenanteil unter </w:t>
            </w:r>
            <w:proofErr w:type="spellStart"/>
            <w:r w:rsidRPr="00692A3D">
              <w:rPr>
                <w:b/>
                <w:color w:val="0070C0"/>
                <w:szCs w:val="20"/>
              </w:rPr>
              <w:t>Ärzt:innen</w:t>
            </w:r>
            <w:proofErr w:type="spellEnd"/>
            <w:r w:rsidRPr="00692A3D">
              <w:rPr>
                <w:b/>
                <w:color w:val="0070C0"/>
                <w:szCs w:val="20"/>
              </w:rPr>
              <w:t xml:space="preserve"> in Deutschland? Unter </w:t>
            </w:r>
            <w:proofErr w:type="spellStart"/>
            <w:r w:rsidRPr="00692A3D">
              <w:rPr>
                <w:b/>
                <w:color w:val="0070C0"/>
                <w:szCs w:val="20"/>
              </w:rPr>
              <w:t>Ingenieur:innen</w:t>
            </w:r>
            <w:proofErr w:type="spellEnd"/>
            <w:r w:rsidRPr="00692A3D">
              <w:rPr>
                <w:b/>
                <w:color w:val="0070C0"/>
                <w:szCs w:val="20"/>
              </w:rPr>
              <w:t>? Vergleiche mit dem, was die KI gezeigt hat.</w:t>
            </w:r>
          </w:p>
        </w:tc>
      </w:tr>
      <w:tr w:rsidR="00DE4F42" w:rsidRPr="00692A3D" w14:paraId="07CFB133" w14:textId="77777777" w:rsidTr="00692A3D">
        <w:trPr>
          <w:trHeight w:hRule="exact" w:val="3132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5B7CCE" w14:textId="77777777" w:rsidR="00DE4F42" w:rsidRPr="00692A3D" w:rsidRDefault="00DE4F42"/>
        </w:tc>
      </w:tr>
    </w:tbl>
    <w:p w14:paraId="45CD9425" w14:textId="77777777" w:rsidR="00DE4F42" w:rsidRPr="00692A3D" w:rsidRDefault="00DE4F42">
      <w:pPr>
        <w:spacing w:after="20"/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DE4F42" w:rsidRPr="00692A3D" w14:paraId="2BF8C643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B92621" w14:textId="77777777" w:rsidR="00DE4F42" w:rsidRPr="00692A3D" w:rsidRDefault="00006EA0">
            <w:pPr>
              <w:spacing w:after="0"/>
              <w:rPr>
                <w:szCs w:val="20"/>
              </w:rPr>
            </w:pPr>
            <w:r w:rsidRPr="00692A3D">
              <w:rPr>
                <w:b/>
                <w:color w:val="0070C0"/>
                <w:szCs w:val="20"/>
              </w:rPr>
              <w:t>Gibt es einen Unterschied zwischen „Selbstbewusster Koch" und „Leidenschaftlicher Koch"? Was könnte das bedeuten?</w:t>
            </w:r>
          </w:p>
        </w:tc>
      </w:tr>
      <w:tr w:rsidR="00DE4F42" w:rsidRPr="00692A3D" w14:paraId="3FDE217E" w14:textId="77777777" w:rsidTr="00692A3D">
        <w:trPr>
          <w:trHeight w:hRule="exact" w:val="2646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DABF00" w14:textId="77777777" w:rsidR="00DE4F42" w:rsidRPr="00692A3D" w:rsidRDefault="00DE4F42"/>
        </w:tc>
      </w:tr>
    </w:tbl>
    <w:p w14:paraId="47B7A4FC" w14:textId="77777777" w:rsidR="00DE4F42" w:rsidRPr="00692A3D" w:rsidRDefault="00DE4F42">
      <w:pPr>
        <w:spacing w:after="20"/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DE4F42" w:rsidRPr="00692A3D" w14:paraId="3DE58216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12997" w14:textId="77777777" w:rsidR="00DE4F42" w:rsidRPr="00692A3D" w:rsidRDefault="00006EA0">
            <w:pPr>
              <w:spacing w:after="0"/>
              <w:rPr>
                <w:szCs w:val="20"/>
              </w:rPr>
            </w:pPr>
            <w:r w:rsidRPr="00692A3D">
              <w:rPr>
                <w:b/>
                <w:color w:val="0070C0"/>
                <w:szCs w:val="20"/>
              </w:rPr>
              <w:t>Ist es ein Problem, wenn KI-Bildgeneratoren so reagieren? Für wen - und warum?</w:t>
            </w:r>
          </w:p>
        </w:tc>
      </w:tr>
      <w:tr w:rsidR="00DE4F42" w:rsidRPr="00692A3D" w14:paraId="5EA6B530" w14:textId="77777777" w:rsidTr="00692A3D">
        <w:trPr>
          <w:trHeight w:hRule="exact" w:val="3093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BC6620" w14:textId="77777777" w:rsidR="00DE4F42" w:rsidRPr="00692A3D" w:rsidRDefault="00DE4F42"/>
        </w:tc>
      </w:tr>
    </w:tbl>
    <w:p w14:paraId="6023046D" w14:textId="77777777" w:rsidR="00692A3D" w:rsidRPr="00692A3D" w:rsidRDefault="00692A3D" w:rsidP="00692A3D">
      <w:pPr>
        <w:spacing w:after="20"/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692A3D" w:rsidRPr="00692A3D" w14:paraId="1C828196" w14:textId="77777777" w:rsidTr="00C233BE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DAC94" w14:textId="6BD0564B" w:rsidR="00692A3D" w:rsidRPr="00692A3D" w:rsidRDefault="00692A3D" w:rsidP="00C233BE">
            <w:pPr>
              <w:spacing w:after="0"/>
              <w:rPr>
                <w:szCs w:val="20"/>
              </w:rPr>
            </w:pPr>
            <w:r>
              <w:rPr>
                <w:b/>
                <w:color w:val="0070C0"/>
                <w:szCs w:val="20"/>
              </w:rPr>
              <w:t>Welche Fragen wollt Ihr in der Klasse diskutieren?</w:t>
            </w:r>
          </w:p>
        </w:tc>
      </w:tr>
      <w:tr w:rsidR="00692A3D" w:rsidRPr="00692A3D" w14:paraId="29AF2587" w14:textId="77777777" w:rsidTr="00692A3D">
        <w:trPr>
          <w:trHeight w:hRule="exact" w:val="2088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B20679" w14:textId="77777777" w:rsidR="00692A3D" w:rsidRPr="00692A3D" w:rsidRDefault="00692A3D" w:rsidP="00C233BE"/>
        </w:tc>
      </w:tr>
    </w:tbl>
    <w:p w14:paraId="0BA8A733" w14:textId="77777777" w:rsidR="00692A3D" w:rsidRDefault="00692A3D">
      <w:pPr>
        <w:spacing w:after="20"/>
      </w:pPr>
    </w:p>
    <w:sectPr w:rsidR="00692A3D" w:rsidSect="00034616">
      <w:headerReference w:type="default" r:id="rId9"/>
      <w:footerReference w:type="default" r:id="rId10"/>
      <w:pgSz w:w="11906" w:h="16838"/>
      <w:pgMar w:top="794" w:right="907" w:bottom="822" w:left="907" w:header="17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B7E42" w14:textId="77777777" w:rsidR="008058AD" w:rsidRPr="00692A3D" w:rsidRDefault="008058AD">
      <w:pPr>
        <w:spacing w:after="0" w:line="240" w:lineRule="auto"/>
      </w:pPr>
      <w:r w:rsidRPr="00692A3D">
        <w:separator/>
      </w:r>
    </w:p>
  </w:endnote>
  <w:endnote w:type="continuationSeparator" w:id="0">
    <w:p w14:paraId="2E757F75" w14:textId="77777777" w:rsidR="008058AD" w:rsidRPr="00692A3D" w:rsidRDefault="008058AD">
      <w:pPr>
        <w:spacing w:after="0" w:line="240" w:lineRule="auto"/>
      </w:pPr>
      <w:r w:rsidRPr="00692A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1846" w14:textId="77777777" w:rsidR="00DE4F42" w:rsidRPr="00692A3D" w:rsidRDefault="00006EA0">
    <w:pPr>
      <w:pStyle w:val="Fuzeile"/>
    </w:pPr>
    <w:r w:rsidRPr="00692A3D">
      <w:rPr>
        <w:color w:val="222222"/>
        <w:sz w:val="14"/>
      </w:rPr>
      <w:t xml:space="preserve">CheckNews | © IQES online - </w:t>
    </w:r>
    <w:proofErr w:type="spellStart"/>
    <w:r w:rsidRPr="00692A3D">
      <w:rPr>
        <w:color w:val="222222"/>
        <w:sz w:val="14"/>
      </w:rPr>
      <w:t>fög</w:t>
    </w:r>
    <w:proofErr w:type="spellEnd"/>
    <w:r w:rsidRPr="00692A3D">
      <w:rPr>
        <w:color w:val="222222"/>
        <w:sz w:val="14"/>
      </w:rPr>
      <w:t xml:space="preserve"> | Stand April 2026 | Lernumgebung KI-Bias | Seite </w:t>
    </w:r>
    <w:r w:rsidRPr="00692A3D">
      <w:rPr>
        <w:color w:val="222222"/>
      </w:rPr>
      <w:fldChar w:fldCharType="begin"/>
    </w:r>
    <w:r w:rsidRPr="00692A3D">
      <w:rPr>
        <w:color w:val="222222"/>
      </w:rPr>
      <w:instrText>PAGE</w:instrText>
    </w:r>
    <w:r w:rsidRPr="00692A3D">
      <w:rPr>
        <w:color w:val="222222"/>
      </w:rPr>
      <w:fldChar w:fldCharType="separate"/>
    </w:r>
    <w:r w:rsidRPr="00692A3D">
      <w:rPr>
        <w:color w:val="222222"/>
      </w:rPr>
      <w:t>1</w:t>
    </w:r>
    <w:r w:rsidRPr="00692A3D">
      <w:rPr>
        <w:color w:val="222222"/>
      </w:rPr>
      <w:fldChar w:fldCharType="end"/>
    </w:r>
    <w:r w:rsidRPr="00692A3D">
      <w:rPr>
        <w:color w:val="222222"/>
        <w:sz w:val="14"/>
      </w:rPr>
      <w:t xml:space="preserve"> von </w:t>
    </w:r>
    <w:r w:rsidRPr="00692A3D">
      <w:rPr>
        <w:color w:val="222222"/>
      </w:rPr>
      <w:fldChar w:fldCharType="begin"/>
    </w:r>
    <w:r w:rsidRPr="00692A3D">
      <w:rPr>
        <w:color w:val="222222"/>
      </w:rPr>
      <w:instrText>NUMPAGES</w:instrText>
    </w:r>
    <w:r w:rsidRPr="00692A3D">
      <w:rPr>
        <w:color w:val="222222"/>
      </w:rPr>
      <w:fldChar w:fldCharType="separate"/>
    </w:r>
    <w:r w:rsidRPr="00692A3D">
      <w:rPr>
        <w:color w:val="222222"/>
      </w:rPr>
      <w:t>1</w:t>
    </w:r>
    <w:r w:rsidRPr="00692A3D">
      <w:rPr>
        <w:color w:val="2222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6B384" w14:textId="77777777" w:rsidR="008058AD" w:rsidRPr="00692A3D" w:rsidRDefault="008058AD">
      <w:pPr>
        <w:spacing w:after="0" w:line="240" w:lineRule="auto"/>
      </w:pPr>
      <w:r w:rsidRPr="00692A3D">
        <w:separator/>
      </w:r>
    </w:p>
  </w:footnote>
  <w:footnote w:type="continuationSeparator" w:id="0">
    <w:p w14:paraId="68049947" w14:textId="77777777" w:rsidR="008058AD" w:rsidRPr="00692A3D" w:rsidRDefault="008058AD">
      <w:pPr>
        <w:spacing w:after="0" w:line="240" w:lineRule="auto"/>
      </w:pPr>
      <w:r w:rsidRPr="00692A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1106" w14:textId="77777777" w:rsidR="00DE4F42" w:rsidRPr="00692A3D" w:rsidRDefault="008058AD">
    <w:pPr>
      <w:pStyle w:val="Kopfzeile"/>
    </w:pPr>
    <w:r>
      <w:pict w14:anchorId="433DF251">
        <v:roundrect id="CheckNewsBorder" o:spid="_x0000_s1025" alt="" style="position:absolute;margin-left:-28pt;margin-top:11pt;width:522pt;height:779pt;z-index:-251658752;visibility:visible;mso-wrap-style:none;mso-wrap-edited:f;mso-width-percent:0;mso-height-percent:0;mso-position-horizontal:absolute;mso-position-horizontal-relative:margin;mso-position-vertical:absolute;mso-position-vertical-relative:text;mso-width-percent:0;mso-height-percent:0" arcsize="5000f" filled="f" fillcolor="none" strokecolor="#0070c0" strokeweight="3pt">
          <w10:wrap anchorx="margin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2120FF"/>
    <w:multiLevelType w:val="hybridMultilevel"/>
    <w:tmpl w:val="4392CE0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539019">
    <w:abstractNumId w:val="8"/>
  </w:num>
  <w:num w:numId="2" w16cid:durableId="1388259265">
    <w:abstractNumId w:val="6"/>
  </w:num>
  <w:num w:numId="3" w16cid:durableId="810172443">
    <w:abstractNumId w:val="5"/>
  </w:num>
  <w:num w:numId="4" w16cid:durableId="2113083817">
    <w:abstractNumId w:val="4"/>
  </w:num>
  <w:num w:numId="5" w16cid:durableId="1127044163">
    <w:abstractNumId w:val="7"/>
  </w:num>
  <w:num w:numId="6" w16cid:durableId="1743405979">
    <w:abstractNumId w:val="3"/>
  </w:num>
  <w:num w:numId="7" w16cid:durableId="1364287346">
    <w:abstractNumId w:val="2"/>
  </w:num>
  <w:num w:numId="8" w16cid:durableId="959142534">
    <w:abstractNumId w:val="1"/>
  </w:num>
  <w:num w:numId="9" w16cid:durableId="17974432">
    <w:abstractNumId w:val="0"/>
  </w:num>
  <w:num w:numId="10" w16cid:durableId="17098416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EA0"/>
    <w:rsid w:val="000240D5"/>
    <w:rsid w:val="00034616"/>
    <w:rsid w:val="0006063C"/>
    <w:rsid w:val="0015074B"/>
    <w:rsid w:val="0029639D"/>
    <w:rsid w:val="002F17C2"/>
    <w:rsid w:val="00326F90"/>
    <w:rsid w:val="003A5219"/>
    <w:rsid w:val="005631EF"/>
    <w:rsid w:val="00641758"/>
    <w:rsid w:val="00692A3D"/>
    <w:rsid w:val="008058AD"/>
    <w:rsid w:val="008D572E"/>
    <w:rsid w:val="009F3F03"/>
    <w:rsid w:val="00AA1D8D"/>
    <w:rsid w:val="00B47730"/>
    <w:rsid w:val="00C26EBF"/>
    <w:rsid w:val="00CB0664"/>
    <w:rsid w:val="00CC3FC0"/>
    <w:rsid w:val="00CD0DC2"/>
    <w:rsid w:val="00CD5393"/>
    <w:rsid w:val="00CE38B1"/>
    <w:rsid w:val="00DE4F42"/>
    <w:rsid w:val="00E028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610870F"/>
  <w14:defaultImageDpi w14:val="300"/>
  <w15:docId w15:val="{6F579340-F5B0-4E18-AE16-29B76539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 w:line="252" w:lineRule="auto"/>
    </w:pPr>
    <w:rPr>
      <w:rFonts w:ascii="Arial" w:eastAsia="Arial" w:hAnsi="Arial"/>
      <w:sz w:val="20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rarbeitung">
    <w:name w:val="Revision"/>
    <w:hidden/>
    <w:uiPriority w:val="99"/>
    <w:semiHidden/>
    <w:rsid w:val="00E02808"/>
    <w:pPr>
      <w:spacing w:after="0" w:line="240" w:lineRule="auto"/>
    </w:pPr>
    <w:rPr>
      <w:rFonts w:ascii="Arial" w:eastAsia="Arial" w:hAnsi="Arial"/>
      <w:sz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1338</Characters>
  <Application>Microsoft Office Word</Application>
  <DocSecurity>0</DocSecurity>
  <Lines>89</Lines>
  <Paragraphs>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_Bestehend_ Gerold Brägger</cp:lastModifiedBy>
  <cp:revision>7</cp:revision>
  <dcterms:created xsi:type="dcterms:W3CDTF">2013-12-23T23:15:00Z</dcterms:created>
  <dcterms:modified xsi:type="dcterms:W3CDTF">2026-07-09T07:24:00Z</dcterms:modified>
  <cp:category/>
</cp:coreProperties>
</file>